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4A0" w:firstRow="1" w:lastRow="0" w:firstColumn="1" w:lastColumn="0" w:noHBand="0" w:noVBand="1"/>
      </w:tblPr>
      <w:tblGrid>
        <w:gridCol w:w="6516"/>
        <w:gridCol w:w="3564"/>
      </w:tblGrid>
      <w:tr w:rsidR="00947973" w:rsidTr="00E070FB">
        <w:trPr>
          <w:jc w:val="center"/>
        </w:trPr>
        <w:tc>
          <w:tcPr>
            <w:tcW w:w="6516" w:type="dxa"/>
            <w:tcBorders>
              <w:top w:val="single" w:sz="6" w:space="0" w:color="FFFFFF"/>
              <w:left w:val="single" w:sz="6" w:space="0" w:color="FFFFFF"/>
              <w:bottom w:val="single" w:sz="6" w:space="0" w:color="FFFFFF"/>
              <w:right w:val="single" w:sz="6" w:space="0" w:color="FFFFFF"/>
            </w:tcBorders>
            <w:shd w:val="clear" w:color="auto" w:fill="1F4E79"/>
            <w:vAlign w:val="center"/>
          </w:tcPr>
          <w:p w:rsidR="00A560F9" w:rsidRDefault="00E070FB" w:rsidP="00A560F9">
            <w:pPr>
              <w:spacing w:after="0"/>
              <w:jc w:val="center"/>
              <w:rPr>
                <w:b/>
                <w:color w:val="FFFFFF"/>
                <w:sz w:val="36"/>
              </w:rPr>
            </w:pPr>
            <w:r>
              <w:rPr>
                <w:b/>
                <w:color w:val="FFFFFF"/>
                <w:sz w:val="36"/>
              </w:rPr>
              <w:t>INTEGRITY TRAVEL &amp; CONSULTING</w:t>
            </w:r>
          </w:p>
          <w:p w:rsidR="00947973" w:rsidRDefault="001C282B" w:rsidP="00A560F9">
            <w:pPr>
              <w:spacing w:after="0"/>
              <w:jc w:val="center"/>
            </w:pPr>
            <w:r>
              <w:rPr>
                <w:b/>
                <w:color w:val="FFFFFF"/>
                <w:sz w:val="36"/>
              </w:rPr>
              <w:br/>
              <w:t>FORMULAIRE D’ÉVALUATION INITIALE</w:t>
            </w:r>
          </w:p>
        </w:tc>
        <w:tc>
          <w:tcPr>
            <w:tcW w:w="3564" w:type="dxa"/>
            <w:tcBorders>
              <w:top w:val="single" w:sz="6" w:space="0" w:color="FFFFFF"/>
              <w:left w:val="single" w:sz="6" w:space="0" w:color="FFFFFF"/>
              <w:bottom w:val="single" w:sz="6" w:space="0" w:color="FFFFFF"/>
              <w:right w:val="single" w:sz="6" w:space="0" w:color="FFFFFF"/>
            </w:tcBorders>
            <w:shd w:val="clear" w:color="auto" w:fill="D9EAF7"/>
            <w:vAlign w:val="center"/>
          </w:tcPr>
          <w:p w:rsidR="00947973" w:rsidRPr="0031047E" w:rsidRDefault="001C282B">
            <w:pPr>
              <w:spacing w:after="0"/>
              <w:rPr>
                <w:b/>
                <w:color w:val="1F4E79"/>
                <w:sz w:val="17"/>
                <w:lang w:val="fr-FR"/>
              </w:rPr>
            </w:pPr>
            <w:r w:rsidRPr="0031047E">
              <w:rPr>
                <w:b/>
                <w:color w:val="1F4E79"/>
                <w:sz w:val="17"/>
                <w:lang w:val="fr-FR"/>
              </w:rPr>
              <w:t>Pour évaluation interne et suivi du client</w:t>
            </w:r>
            <w:r w:rsidRPr="0031047E">
              <w:rPr>
                <w:b/>
                <w:color w:val="1F4E79"/>
                <w:sz w:val="17"/>
                <w:lang w:val="fr-FR"/>
              </w:rPr>
              <w:br/>
            </w:r>
            <w:r w:rsidRPr="0031047E">
              <w:rPr>
                <w:b/>
                <w:color w:val="1F4E79"/>
                <w:sz w:val="17"/>
                <w:lang w:val="fr-FR"/>
              </w:rPr>
              <w:br/>
              <w:t>Date : ____ / ____ / ______</w:t>
            </w:r>
          </w:p>
          <w:p w:rsidR="00DD521F" w:rsidRDefault="00DD521F">
            <w:pPr>
              <w:spacing w:after="0"/>
            </w:pPr>
            <w:r w:rsidRPr="0031047E">
              <w:rPr>
                <w:lang w:val="fr-FR"/>
              </w:rPr>
              <w:t xml:space="preserve">          </w:t>
            </w:r>
            <w:r>
              <w:t>MM   JJ      AAAA</w:t>
            </w:r>
          </w:p>
        </w:tc>
      </w:tr>
    </w:tbl>
    <w:p w:rsidR="00DD521F" w:rsidRPr="00DD521F" w:rsidRDefault="001C282B">
      <w:pPr>
        <w:rPr>
          <w:sz w:val="18"/>
        </w:rPr>
      </w:pPr>
      <w:r w:rsidRPr="0031047E">
        <w:rPr>
          <w:sz w:val="17"/>
          <w:lang w:val="fr-FR"/>
        </w:rPr>
        <w:t xml:space="preserve">Objet : Ce formulaire sert à la collecte préliminaire de renseignements et au suivi. </w:t>
      </w:r>
      <w:r>
        <w:rPr>
          <w:sz w:val="17"/>
        </w:rPr>
        <w:t>Remplissez-le de façon complète et véridique. Lorsqu’un conseil ou une représentation en immigration canadienne est requis, votre dossier doit être examiné par un représentant autorisé. Ce formulaire ne détermine pas votre admissibilité et ne garantit aucu</w:t>
      </w:r>
      <w:r>
        <w:rPr>
          <w:sz w:val="17"/>
        </w:rPr>
        <w:t>n résultat. Retournez-le uniquement selon la méthode sécurisée indiquée par notre équipe.</w:t>
      </w:r>
    </w:p>
    <w:p w:rsidR="00947973" w:rsidRDefault="001C282B">
      <w:pPr>
        <w:pStyle w:val="Heading2"/>
      </w:pPr>
      <w:r>
        <w:t>SECTION A - IDENTIFICATION DU CLIENT</w:t>
      </w:r>
    </w:p>
    <w:tbl>
      <w:tblPr>
        <w:tblStyle w:val="TableGrid"/>
        <w:tblW w:w="0" w:type="auto"/>
        <w:jc w:val="center"/>
        <w:tblLook w:val="04A0" w:firstRow="1" w:lastRow="0" w:firstColumn="1" w:lastColumn="0" w:noHBand="0" w:noVBand="1"/>
      </w:tblPr>
      <w:tblGrid>
        <w:gridCol w:w="3168"/>
        <w:gridCol w:w="7056"/>
      </w:tblGrid>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DD521F">
            <w:r>
              <w:rPr>
                <w:b/>
              </w:rPr>
              <w:t>Prénom(s)</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DD521F">
            <w:r>
              <w:t>Nom de famille</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Numéro de téléphone</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DD521F">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DD521F" w:rsidRDefault="00DD521F">
            <w:pPr>
              <w:rPr>
                <w:b/>
                <w:sz w:val="17"/>
              </w:rPr>
            </w:pPr>
            <w:r>
              <w:rPr>
                <w:b/>
                <w:sz w:val="17"/>
              </w:rPr>
              <w:t>WhatsApp</w:t>
            </w:r>
          </w:p>
        </w:tc>
        <w:tc>
          <w:tcPr>
            <w:tcW w:w="7056" w:type="dxa"/>
            <w:tcBorders>
              <w:top w:val="single" w:sz="6" w:space="0" w:color="D9E2F3"/>
              <w:left w:val="single" w:sz="6" w:space="0" w:color="D9E2F3"/>
              <w:bottom w:val="single" w:sz="6" w:space="0" w:color="D9E2F3"/>
              <w:right w:val="single" w:sz="6" w:space="0" w:color="D9E2F3"/>
            </w:tcBorders>
            <w:vAlign w:val="center"/>
          </w:tcPr>
          <w:p w:rsidR="00DD521F" w:rsidRDefault="00DD521F"/>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Adresse e-mail</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Pays de résidence actuel</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Ville / Localité</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Pays</w:t>
            </w:r>
            <w:r>
              <w:rPr>
                <w:b/>
                <w:sz w:val="17"/>
              </w:rPr>
              <w:t xml:space="preserve"> de citoyenneté</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715E3">
            <w:r>
              <w:rPr>
                <w:b/>
                <w:sz w:val="17"/>
              </w:rPr>
              <w:t>Avez-vous un passeport valide ?</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bl>
    <w:p w:rsidR="00947973" w:rsidRDefault="001C282B">
      <w:pPr>
        <w:pStyle w:val="Heading2"/>
      </w:pPr>
      <w:r>
        <w:t>SECTION B - OBJET DU VOYAGE OU DU PROJET D’IMMIGRATION</w:t>
      </w:r>
    </w:p>
    <w:p w:rsidR="00947973" w:rsidRDefault="001C282B">
      <w:pPr>
        <w:spacing w:before="40" w:after="40"/>
      </w:pPr>
      <w:r>
        <w:rPr>
          <w:b/>
        </w:rPr>
        <w:t>1. Pourquoi souhaitez-vous vous rendre au Canada ? (Cochez toutes les réponses applicables)</w:t>
      </w:r>
    </w:p>
    <w:tbl>
      <w:tblPr>
        <w:tblW w:w="0" w:type="auto"/>
        <w:tblLook w:val="04A0" w:firstRow="1" w:lastRow="0" w:firstColumn="1" w:lastColumn="0" w:noHBand="0" w:noVBand="1"/>
      </w:tblPr>
      <w:tblGrid>
        <w:gridCol w:w="5328"/>
        <w:gridCol w:w="5328"/>
      </w:tblGrid>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Visite / Tourisme</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Études</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Travail</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Rejoindre la </w:t>
            </w:r>
            <w:r>
              <w:rPr>
                <w:sz w:val="17"/>
              </w:rPr>
              <w:t>famille</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S’établir de façon permanente</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Transit uniquement</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Créer ou acheter une entreprise</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715E3">
            <w:pPr>
              <w:spacing w:after="0"/>
            </w:pPr>
            <w:r>
              <w:rPr>
                <w:sz w:val="17"/>
              </w:rPr>
              <w:t>☐ Réunification familiale</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7715E3" w:rsidRDefault="007715E3">
            <w:pPr>
              <w:spacing w:after="0"/>
              <w:rPr>
                <w:sz w:val="17"/>
              </w:rPr>
            </w:pPr>
            <w:r>
              <w:rPr>
                <w:sz w:val="17"/>
              </w:rPr>
              <w:t>☐ Autre : __________________ Précisez ___________________</w:t>
            </w:r>
          </w:p>
          <w:p w:rsidR="007715E3" w:rsidRDefault="007715E3">
            <w:pPr>
              <w:spacing w:after="0"/>
            </w:pPr>
          </w:p>
          <w:p w:rsidR="007715E3" w:rsidRDefault="007715E3" w:rsidP="007715E3">
            <w:pPr>
              <w:spacing w:before="40" w:after="40"/>
            </w:pPr>
            <w:r>
              <w:rPr>
                <w:b/>
              </w:rPr>
              <w:t>2. Combien de temps prévoyez-vous de rester au Canada ?</w:t>
            </w:r>
          </w:p>
          <w:tbl>
            <w:tblPr>
              <w:tblW w:w="0" w:type="auto"/>
              <w:tblLook w:val="04A0" w:firstRow="1" w:lastRow="0" w:firstColumn="1" w:lastColumn="0" w:noHBand="0" w:noVBand="1"/>
            </w:tblPr>
            <w:tblGrid>
              <w:gridCol w:w="1865"/>
              <w:gridCol w:w="1738"/>
              <w:gridCol w:w="1493"/>
            </w:tblGrid>
            <w:tr w:rsidR="007715E3" w:rsidTr="002A21E7">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r>
                    <w:rPr>
                      <w:sz w:val="17"/>
                    </w:rPr>
                    <w:t>☐ Moins de 6 mois</w:t>
                  </w:r>
                </w:p>
              </w:tc>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r>
                    <w:rPr>
                      <w:sz w:val="17"/>
                    </w:rPr>
                    <w:t>☐ De 6 mois à 1 an</w:t>
                  </w:r>
                </w:p>
              </w:tc>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r>
                    <w:rPr>
                      <w:sz w:val="17"/>
                    </w:rPr>
                    <w:t>☐ Plus d’un an</w:t>
                  </w:r>
                </w:p>
              </w:tc>
            </w:tr>
            <w:tr w:rsidR="007715E3" w:rsidTr="002A21E7">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r>
                    <w:rPr>
                      <w:sz w:val="17"/>
                    </w:rPr>
                    <w:t>☐ De façon permanente</w:t>
                  </w:r>
                </w:p>
              </w:tc>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r>
                    <w:rPr>
                      <w:sz w:val="17"/>
                    </w:rPr>
                    <w:t>☐ Pas encore certain(e)</w:t>
                  </w:r>
                </w:p>
              </w:tc>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p>
              </w:tc>
            </w:tr>
          </w:tbl>
          <w:p w:rsidR="007715E3" w:rsidRDefault="007715E3">
            <w:pPr>
              <w:spacing w:after="0"/>
            </w:pP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rPr>
                <w:sz w:val="17"/>
              </w:rPr>
            </w:pPr>
            <w:r>
              <w:rPr>
                <w:sz w:val="17"/>
              </w:rPr>
              <w:t>☐</w:t>
            </w:r>
            <w:r>
              <w:rPr>
                <w:sz w:val="17"/>
              </w:rPr>
              <w:t xml:space="preserve"> Autre : __________________</w:t>
            </w:r>
          </w:p>
          <w:p w:rsidR="007715E3" w:rsidRDefault="007715E3">
            <w:pPr>
              <w:spacing w:after="0"/>
            </w:pPr>
          </w:p>
        </w:tc>
      </w:tr>
    </w:tbl>
    <w:tbl>
      <w:tblPr>
        <w:tblStyle w:val="TableGrid"/>
        <w:tblW w:w="0" w:type="auto"/>
        <w:jc w:val="center"/>
        <w:tblLook w:val="04A0" w:firstRow="1" w:lastRow="0" w:firstColumn="1" w:lastColumn="0" w:noHBand="0" w:noVBand="1"/>
      </w:tblPr>
      <w:tblGrid>
        <w:gridCol w:w="3600"/>
        <w:gridCol w:w="6624"/>
      </w:tblGrid>
      <w:tr w:rsidR="00947973">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Avez-vous déjà visité le Canada ?</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Default="001C282B">
            <w:r>
              <w:rPr>
                <w:sz w:val="17"/>
              </w:rPr>
              <w:t>☐</w:t>
            </w:r>
            <w:r>
              <w:rPr>
                <w:sz w:val="17"/>
              </w:rPr>
              <w:t xml:space="preserve"> Oui    ☐ Non    Si oui, quand ? ______________________</w:t>
            </w:r>
          </w:p>
        </w:tc>
      </w:tr>
      <w:tr w:rsidR="00947973">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 xml:space="preserve">Avez-vous déjà présenté une demande pour vous </w:t>
            </w:r>
            <w:r>
              <w:rPr>
                <w:b/>
                <w:sz w:val="17"/>
              </w:rPr>
              <w:t>rendre au Canada ?</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Default="001C282B">
            <w:r>
              <w:rPr>
                <w:sz w:val="17"/>
              </w:rPr>
              <w:t>☐</w:t>
            </w:r>
            <w:r>
              <w:rPr>
                <w:sz w:val="17"/>
              </w:rPr>
              <w:t xml:space="preserve"> Oui    ☐ Non    Si oui, donnez les détails ci-dessous.</w:t>
            </w:r>
          </w:p>
        </w:tc>
      </w:tr>
    </w:tbl>
    <w:p w:rsidR="00947973" w:rsidRPr="0031047E" w:rsidRDefault="001C282B">
      <w:pPr>
        <w:rPr>
          <w:lang w:val="fr-FR"/>
        </w:rPr>
      </w:pPr>
      <w:r w:rsidRPr="0031047E">
        <w:rPr>
          <w:lang w:val="fr-FR"/>
        </w:rPr>
        <w:t xml:space="preserve">Détails d’une demande antérieure pour le Canada : </w:t>
      </w:r>
      <w:r w:rsidRPr="0031047E">
        <w:rPr>
          <w:lang w:val="fr-FR"/>
        </w:rPr>
        <w:t>________________________________________________________________________________________________________________________________________________________________________________________________________________________________________________________________</w:t>
      </w:r>
      <w:r w:rsidRPr="0031047E">
        <w:rPr>
          <w:lang w:val="fr-FR"/>
        </w:rPr>
        <w:t>____________________________</w:t>
      </w:r>
      <w:bookmarkStart w:id="0" w:name="_GoBack"/>
      <w:bookmarkEnd w:id="0"/>
      <w:r w:rsidRPr="0031047E">
        <w:rPr>
          <w:lang w:val="fr-FR"/>
        </w:rPr>
        <w:t>______________________________________</w:t>
      </w:r>
    </w:p>
    <w:p w:rsidR="00947973" w:rsidRPr="0031047E" w:rsidRDefault="001C282B">
      <w:pPr>
        <w:pStyle w:val="Heading2"/>
        <w:rPr>
          <w:lang w:val="fr-FR"/>
        </w:rPr>
      </w:pPr>
      <w:r w:rsidRPr="0031047E">
        <w:rPr>
          <w:lang w:val="fr-FR"/>
        </w:rPr>
        <w:t>SECTION C - RENSEIGNEMENTS PERSONNELS ET FAMILIAUX</w:t>
      </w:r>
    </w:p>
    <w:tbl>
      <w:tblPr>
        <w:tblStyle w:val="TableGrid"/>
        <w:tblW w:w="0" w:type="auto"/>
        <w:jc w:val="center"/>
        <w:tblLook w:val="04A0" w:firstRow="1" w:lastRow="0" w:firstColumn="1" w:lastColumn="0" w:noHBand="0" w:noVBand="1"/>
      </w:tblPr>
      <w:tblGrid>
        <w:gridCol w:w="3600"/>
        <w:gridCol w:w="6624"/>
      </w:tblGrid>
      <w:tr w:rsidR="00947973">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Date de naissance</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Default="001C282B">
            <w:r>
              <w:rPr>
                <w:sz w:val="17"/>
              </w:rPr>
              <w:t>Année ________   Mois ________   Jour ________</w:t>
            </w:r>
          </w:p>
        </w:tc>
      </w:tr>
      <w:tr w:rsidR="00947973" w:rsidRPr="0031047E">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État matrimonial</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Pr="0031047E" w:rsidRDefault="001C282B">
            <w:pPr>
              <w:rPr>
                <w:lang w:val="fr-FR"/>
              </w:rPr>
            </w:pPr>
            <w:r w:rsidRPr="0031047E">
              <w:rPr>
                <w:sz w:val="17"/>
                <w:lang w:val="fr-FR"/>
              </w:rPr>
              <w:t>☐</w:t>
            </w:r>
            <w:r w:rsidRPr="0031047E">
              <w:rPr>
                <w:sz w:val="17"/>
                <w:lang w:val="fr-FR"/>
              </w:rPr>
              <w:t xml:space="preserve"> Célibataire   ☐ Marié(e)   ☐ Union de fait   ☐ Divorc</w:t>
            </w:r>
            <w:r w:rsidRPr="0031047E">
              <w:rPr>
                <w:sz w:val="17"/>
                <w:lang w:val="fr-FR"/>
              </w:rPr>
              <w:t>é(e)   ☐ Séparé(e)   ☐ Veuf/Veuve</w:t>
            </w:r>
          </w:p>
        </w:tc>
      </w:tr>
      <w:tr w:rsidR="009D4FBC" w:rsidRPr="0031047E">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D4FBC" w:rsidRPr="0031047E" w:rsidRDefault="009D4FBC">
            <w:pPr>
              <w:rPr>
                <w:b/>
                <w:i/>
                <w:iCs/>
                <w:sz w:val="17"/>
                <w:highlight w:val="darkGray"/>
                <w:lang w:val="fr-FR"/>
              </w:rPr>
            </w:pPr>
            <w:r w:rsidRPr="0031047E">
              <w:rPr>
                <w:b/>
                <w:i/>
                <w:iCs/>
                <w:sz w:val="17"/>
                <w:highlight w:val="darkGray"/>
                <w:lang w:val="fr-FR"/>
              </w:rPr>
              <w:t>Si marié(e) ou en union de fait :</w:t>
            </w:r>
          </w:p>
        </w:tc>
        <w:tc>
          <w:tcPr>
            <w:tcW w:w="6624" w:type="dxa"/>
            <w:tcBorders>
              <w:top w:val="single" w:sz="6" w:space="0" w:color="D9E2F3"/>
              <w:left w:val="single" w:sz="6" w:space="0" w:color="D9E2F3"/>
              <w:bottom w:val="single" w:sz="6" w:space="0" w:color="D9E2F3"/>
              <w:right w:val="single" w:sz="6" w:space="0" w:color="D9E2F3"/>
            </w:tcBorders>
            <w:vAlign w:val="center"/>
          </w:tcPr>
          <w:p w:rsidR="009D4FBC" w:rsidRPr="0031047E" w:rsidRDefault="009D4FBC">
            <w:pPr>
              <w:rPr>
                <w:sz w:val="17"/>
                <w:lang w:val="fr-FR"/>
              </w:rPr>
            </w:pPr>
          </w:p>
        </w:tc>
      </w:tr>
      <w:tr w:rsidR="00947973" w:rsidRPr="0031047E">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Pr="0031047E" w:rsidRDefault="001C282B">
            <w:pPr>
              <w:rPr>
                <w:lang w:val="fr-FR"/>
              </w:rPr>
            </w:pPr>
            <w:r w:rsidRPr="0031047E">
              <w:rPr>
                <w:b/>
                <w:sz w:val="17"/>
                <w:lang w:val="fr-FR"/>
              </w:rPr>
              <w:t>Nom complet du conjoint / partenaire</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Pr="0031047E" w:rsidRDefault="00947973">
            <w:pPr>
              <w:rPr>
                <w:lang w:val="fr-FR"/>
              </w:rPr>
            </w:pPr>
          </w:p>
        </w:tc>
      </w:tr>
      <w:tr w:rsidR="00947973">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Pr="0031047E" w:rsidRDefault="001C282B">
            <w:pPr>
              <w:rPr>
                <w:lang w:val="fr-FR"/>
              </w:rPr>
            </w:pPr>
            <w:r w:rsidRPr="0031047E">
              <w:rPr>
                <w:b/>
                <w:sz w:val="17"/>
                <w:lang w:val="fr-FR"/>
              </w:rPr>
              <w:t>Date de naissance du conjoint / partenaire</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Default="001C282B">
            <w:r>
              <w:rPr>
                <w:sz w:val="17"/>
              </w:rPr>
              <w:t>Année ________   Mois ________   Jour ________</w:t>
            </w:r>
          </w:p>
        </w:tc>
      </w:tr>
      <w:tr w:rsidR="00947973" w:rsidRPr="0031047E">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Pr="0031047E" w:rsidRDefault="001C282B">
            <w:pPr>
              <w:rPr>
                <w:lang w:val="fr-FR"/>
              </w:rPr>
            </w:pPr>
            <w:r w:rsidRPr="0031047E">
              <w:rPr>
                <w:b/>
                <w:sz w:val="17"/>
                <w:lang w:val="fr-FR"/>
              </w:rPr>
              <w:t>Votre conjoint / partenaire vous accompagnera-t-il ?</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Pr="0031047E" w:rsidRDefault="001C282B">
            <w:pPr>
              <w:rPr>
                <w:lang w:val="fr-FR"/>
              </w:rPr>
            </w:pPr>
            <w:r w:rsidRPr="0031047E">
              <w:rPr>
                <w:sz w:val="17"/>
                <w:lang w:val="fr-FR"/>
              </w:rPr>
              <w:t>☐</w:t>
            </w:r>
            <w:r w:rsidRPr="0031047E">
              <w:rPr>
                <w:sz w:val="17"/>
                <w:lang w:val="fr-FR"/>
              </w:rPr>
              <w:t xml:space="preserve"> </w:t>
            </w:r>
            <w:r w:rsidRPr="0031047E">
              <w:rPr>
                <w:sz w:val="17"/>
                <w:lang w:val="fr-FR"/>
              </w:rPr>
              <w:t>Oui   ☐ Non   ☐ Pas certain(e)</w:t>
            </w:r>
          </w:p>
        </w:tc>
      </w:tr>
    </w:tbl>
    <w:p w:rsidR="00947973" w:rsidRDefault="001C282B">
      <w:r>
        <w:rPr>
          <w:b/>
        </w:rPr>
        <w:t>Enfants / Personnes à charge</w:t>
      </w:r>
    </w:p>
    <w:tbl>
      <w:tblPr>
        <w:tblStyle w:val="TableGrid"/>
        <w:tblW w:w="0" w:type="auto"/>
        <w:tblLook w:val="04A0" w:firstRow="1" w:lastRow="0" w:firstColumn="1" w:lastColumn="0" w:noHBand="0" w:noVBand="1"/>
      </w:tblPr>
      <w:tblGrid>
        <w:gridCol w:w="2131"/>
        <w:gridCol w:w="2131"/>
        <w:gridCol w:w="2131"/>
        <w:gridCol w:w="2131"/>
        <w:gridCol w:w="2131"/>
      </w:tblGrid>
      <w:tr w:rsidR="00947973">
        <w:tc>
          <w:tcPr>
            <w:tcW w:w="2131"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1C282B">
            <w:r>
              <w:rPr>
                <w:b/>
                <w:color w:val="FFFFFF"/>
                <w:sz w:val="17"/>
              </w:rPr>
              <w:t>Nom complet</w:t>
            </w:r>
          </w:p>
        </w:tc>
        <w:tc>
          <w:tcPr>
            <w:tcW w:w="2131"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1C282B">
            <w:r>
              <w:rPr>
                <w:b/>
                <w:color w:val="FFFFFF"/>
                <w:sz w:val="17"/>
              </w:rPr>
              <w:t>Âge</w:t>
            </w:r>
          </w:p>
        </w:tc>
        <w:tc>
          <w:tcPr>
            <w:tcW w:w="2131"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1C282B">
            <w:r>
              <w:rPr>
                <w:b/>
                <w:color w:val="FFFFFF"/>
                <w:sz w:val="17"/>
              </w:rPr>
              <w:t>Lien de parenté</w:t>
            </w:r>
          </w:p>
        </w:tc>
        <w:tc>
          <w:tcPr>
            <w:tcW w:w="2131"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1C282B">
            <w:r>
              <w:rPr>
                <w:b/>
                <w:color w:val="FFFFFF"/>
                <w:sz w:val="17"/>
              </w:rPr>
              <w:t>Vient au Canada ?</w:t>
            </w:r>
          </w:p>
        </w:tc>
        <w:tc>
          <w:tcPr>
            <w:tcW w:w="2131"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1C282B">
            <w:r>
              <w:rPr>
                <w:b/>
                <w:color w:val="FFFFFF"/>
                <w:sz w:val="17"/>
              </w:rPr>
              <w:t>Passeport ?</w:t>
            </w:r>
          </w:p>
        </w:tc>
      </w:tr>
      <w:tr w:rsidR="00947973">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bl>
    <w:p w:rsidR="00947973" w:rsidRPr="0031047E" w:rsidRDefault="001C282B">
      <w:pPr>
        <w:pStyle w:val="Heading2"/>
        <w:rPr>
          <w:lang w:val="fr-FR"/>
        </w:rPr>
      </w:pPr>
      <w:r w:rsidRPr="0031047E">
        <w:rPr>
          <w:lang w:val="fr-FR"/>
        </w:rPr>
        <w:t>SECTION D - ÉTUDES ET PROFIL LINGUISTIQUE</w:t>
      </w:r>
    </w:p>
    <w:p w:rsidR="00947973" w:rsidRPr="0031047E" w:rsidRDefault="001C282B">
      <w:pPr>
        <w:spacing w:before="40" w:after="40"/>
        <w:rPr>
          <w:lang w:val="fr-FR"/>
        </w:rPr>
      </w:pPr>
      <w:r w:rsidRPr="0031047E">
        <w:rPr>
          <w:b/>
          <w:lang w:val="fr-FR"/>
        </w:rPr>
        <w:t>1. Plus haut niveau d’études achevé :</w:t>
      </w:r>
    </w:p>
    <w:tbl>
      <w:tblPr>
        <w:tblW w:w="0" w:type="auto"/>
        <w:tblLook w:val="04A0" w:firstRow="1" w:lastRow="0" w:firstColumn="1" w:lastColumn="0" w:noHBand="0" w:noVBand="1"/>
      </w:tblPr>
      <w:tblGrid>
        <w:gridCol w:w="5328"/>
        <w:gridCol w:w="5328"/>
      </w:tblGrid>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F55292" w:rsidRPr="0031047E" w:rsidRDefault="00F55292">
            <w:pPr>
              <w:spacing w:after="0"/>
              <w:rPr>
                <w:sz w:val="17"/>
                <w:lang w:val="fr-FR"/>
              </w:rPr>
            </w:pPr>
          </w:p>
          <w:p w:rsidR="00F55292" w:rsidRPr="0031047E" w:rsidRDefault="001C282B">
            <w:pPr>
              <w:spacing w:after="0"/>
              <w:rPr>
                <w:sz w:val="17"/>
                <w:lang w:val="fr-FR"/>
              </w:rPr>
            </w:pPr>
            <w:r w:rsidRPr="0031047E">
              <w:rPr>
                <w:sz w:val="17"/>
                <w:lang w:val="fr-FR"/>
              </w:rPr>
              <w:t>☐</w:t>
            </w:r>
            <w:r w:rsidRPr="0031047E">
              <w:rPr>
                <w:sz w:val="17"/>
                <w:lang w:val="fr-FR"/>
              </w:rPr>
              <w:t xml:space="preserve"> Certificat d’études </w:t>
            </w:r>
            <w:r w:rsidRPr="0031047E">
              <w:rPr>
                <w:sz w:val="17"/>
                <w:lang w:val="fr-FR"/>
              </w:rPr>
              <w:t>primaires (CEP/FSLC) ou moins</w:t>
            </w:r>
          </w:p>
          <w:p w:rsidR="00947973" w:rsidRPr="00F55292" w:rsidRDefault="00F55292">
            <w:pPr>
              <w:spacing w:after="0"/>
              <w:rPr>
                <w:sz w:val="17"/>
              </w:rPr>
            </w:pPr>
            <w:r>
              <w:rPr>
                <w:sz w:val="17"/>
              </w:rPr>
              <w:t xml:space="preserve">☐ </w:t>
            </w:r>
            <w:r w:rsidR="009D4FBC">
              <w:rPr>
                <w:sz w:val="17"/>
              </w:rPr>
              <w:t>GCE O/L</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rPr>
                <w:sz w:val="17"/>
              </w:rPr>
            </w:pPr>
            <w:r>
              <w:rPr>
                <w:sz w:val="17"/>
              </w:rPr>
              <w:t>☐</w:t>
            </w:r>
            <w:r>
              <w:rPr>
                <w:sz w:val="17"/>
              </w:rPr>
              <w:t xml:space="preserve"> Master</w:t>
            </w:r>
          </w:p>
          <w:p w:rsidR="00F55292" w:rsidRDefault="00F55292">
            <w:pPr>
              <w:spacing w:after="0"/>
            </w:pPr>
            <w:r>
              <w:rPr>
                <w:sz w:val="17"/>
              </w:rPr>
              <w:t>☐ Doctorat (PhD)</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w:t>
            </w:r>
            <w:r w:rsidR="009D4FBC">
              <w:rPr>
                <w:sz w:val="17"/>
              </w:rPr>
              <w:t>GCE A/L</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947973">
            <w:pPr>
              <w:spacing w:after="0"/>
            </w:pP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w:t>
            </w:r>
            <w:r w:rsidR="009D4FBC">
              <w:rPr>
                <w:sz w:val="17"/>
              </w:rPr>
              <w:t>HND</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947973">
            <w:pPr>
              <w:spacing w:after="0"/>
            </w:pPr>
          </w:p>
        </w:tc>
      </w:tr>
    </w:tbl>
    <w:tbl>
      <w:tblPr>
        <w:tblStyle w:val="TableGrid"/>
        <w:tblW w:w="0" w:type="auto"/>
        <w:jc w:val="center"/>
        <w:tblLook w:val="04A0" w:firstRow="1" w:lastRow="0" w:firstColumn="1" w:lastColumn="0" w:noHBand="0" w:noVBand="1"/>
      </w:tblPr>
      <w:tblGrid>
        <w:gridCol w:w="3888"/>
        <w:gridCol w:w="6336"/>
      </w:tblGrid>
      <w:tr w:rsidR="00947973">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Domaine d’études / Spécialisation</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Nom de l’établissement</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Pays d’études</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Année d’obtention</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rsidRPr="0031047E">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Pr="0031047E" w:rsidRDefault="001C282B">
            <w:pPr>
              <w:rPr>
                <w:lang w:val="fr-FR"/>
              </w:rPr>
            </w:pPr>
            <w:r w:rsidRPr="0031047E">
              <w:rPr>
                <w:b/>
                <w:sz w:val="17"/>
                <w:lang w:val="fr-FR"/>
              </w:rPr>
              <w:t>Avez-vous obtenu une Évaluation des diplômes d’études (EDE/ECA) ?</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Pr="0031047E" w:rsidRDefault="001C282B">
            <w:pPr>
              <w:rPr>
                <w:lang w:val="fr-FR"/>
              </w:rPr>
            </w:pPr>
            <w:r w:rsidRPr="0031047E">
              <w:rPr>
                <w:sz w:val="17"/>
                <w:lang w:val="fr-FR"/>
              </w:rPr>
              <w:t>☐</w:t>
            </w:r>
            <w:r w:rsidRPr="0031047E">
              <w:rPr>
                <w:sz w:val="17"/>
                <w:lang w:val="fr-FR"/>
              </w:rPr>
              <w:t xml:space="preserve"> Oui </w:t>
            </w:r>
            <w:r w:rsidRPr="0031047E">
              <w:rPr>
                <w:sz w:val="17"/>
                <w:lang w:val="fr-FR"/>
              </w:rPr>
              <w:t xml:space="preserve">  ☐ Non   ☐ En cours   ☐ Pas certain(e)</w:t>
            </w:r>
          </w:p>
        </w:tc>
      </w:tr>
      <w:tr w:rsidR="00947973" w:rsidRPr="0031047E">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Pr="0031047E" w:rsidRDefault="001C282B">
            <w:pPr>
              <w:rPr>
                <w:lang w:val="fr-FR"/>
              </w:rPr>
            </w:pPr>
            <w:r w:rsidRPr="0031047E">
              <w:rPr>
                <w:b/>
                <w:sz w:val="17"/>
                <w:lang w:val="fr-FR"/>
              </w:rPr>
              <w:t>Organisme d’EDE/ECA, le cas échéant</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Pr="0031047E" w:rsidRDefault="001C282B">
            <w:pPr>
              <w:rPr>
                <w:lang w:val="fr-FR"/>
              </w:rPr>
            </w:pPr>
            <w:r w:rsidRPr="0031047E">
              <w:rPr>
                <w:sz w:val="17"/>
                <w:lang w:val="fr-FR"/>
              </w:rPr>
              <w:t>☐</w:t>
            </w:r>
            <w:r w:rsidRPr="0031047E">
              <w:rPr>
                <w:sz w:val="17"/>
                <w:lang w:val="fr-FR"/>
              </w:rPr>
              <w:t xml:space="preserve"> WES   ☐ IQAS   ☐ ICES   ☐ CES   ☐ Autre : _____________ Précisez __________</w:t>
            </w:r>
          </w:p>
        </w:tc>
      </w:tr>
    </w:tbl>
    <w:p w:rsidR="00947973" w:rsidRDefault="001C282B">
      <w:pPr>
        <w:spacing w:before="40" w:after="40"/>
      </w:pPr>
      <w:r>
        <w:rPr>
          <w:b/>
        </w:rPr>
        <w:t>2. Première langue officielle :</w:t>
      </w:r>
    </w:p>
    <w:tbl>
      <w:tblPr>
        <w:tblW w:w="0" w:type="auto"/>
        <w:tblLook w:val="04A0" w:firstRow="1" w:lastRow="0" w:firstColumn="1" w:lastColumn="0" w:noHBand="0" w:noVBand="1"/>
      </w:tblPr>
      <w:tblGrid>
        <w:gridCol w:w="5328"/>
        <w:gridCol w:w="5328"/>
      </w:tblGrid>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Anglais</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Français</w:t>
            </w:r>
          </w:p>
        </w:tc>
      </w:tr>
    </w:tbl>
    <w:p w:rsidR="00947973" w:rsidRPr="0031047E" w:rsidRDefault="001C282B">
      <w:pPr>
        <w:spacing w:before="40" w:after="40"/>
        <w:rPr>
          <w:lang w:val="fr-FR"/>
        </w:rPr>
      </w:pPr>
      <w:r w:rsidRPr="0031047E">
        <w:rPr>
          <w:b/>
          <w:lang w:val="fr-FR"/>
        </w:rPr>
        <w:t>3. Compétence dans l’autre langue officielle :</w:t>
      </w:r>
    </w:p>
    <w:tbl>
      <w:tblPr>
        <w:tblW w:w="0" w:type="auto"/>
        <w:tblLook w:val="04A0" w:firstRow="1" w:lastRow="0" w:firstColumn="1" w:lastColumn="0" w:noHBand="0" w:noVBand="1"/>
      </w:tblPr>
      <w:tblGrid>
        <w:gridCol w:w="3552"/>
        <w:gridCol w:w="3552"/>
        <w:gridCol w:w="3552"/>
      </w:tblGrid>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rPr>
                <w:sz w:val="17"/>
              </w:rPr>
            </w:pPr>
            <w:r>
              <w:rPr>
                <w:sz w:val="17"/>
              </w:rPr>
              <w:t>☐</w:t>
            </w:r>
            <w:r>
              <w:rPr>
                <w:sz w:val="17"/>
              </w:rPr>
              <w:t xml:space="preserve"> Anglais</w:t>
            </w:r>
          </w:p>
          <w:p w:rsidR="007928FA" w:rsidRDefault="007928FA">
            <w:pPr>
              <w:spacing w:after="0"/>
              <w:rPr>
                <w:sz w:val="17"/>
              </w:rPr>
            </w:pPr>
          </w:p>
          <w:p w:rsidR="007A4316" w:rsidRDefault="007A4316">
            <w:pPr>
              <w:spacing w:after="0"/>
            </w:pP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rPr>
                <w:sz w:val="17"/>
              </w:rPr>
            </w:pPr>
            <w:r>
              <w:rPr>
                <w:sz w:val="17"/>
              </w:rPr>
              <w:t>☐</w:t>
            </w:r>
            <w:r>
              <w:rPr>
                <w:sz w:val="17"/>
              </w:rPr>
              <w:t xml:space="preserve"> Français</w:t>
            </w:r>
          </w:p>
          <w:p w:rsidR="007928FA" w:rsidRDefault="007928FA">
            <w:pPr>
              <w:spacing w:after="0"/>
              <w:rPr>
                <w:sz w:val="17"/>
              </w:rPr>
            </w:pPr>
          </w:p>
          <w:p w:rsidR="007A4316" w:rsidRDefault="007A4316">
            <w:pPr>
              <w:spacing w:after="0"/>
            </w:pP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928FA">
            <w:pPr>
              <w:spacing w:after="0"/>
              <w:rPr>
                <w:sz w:val="17"/>
              </w:rPr>
            </w:pPr>
            <w:r>
              <w:rPr>
                <w:noProof/>
                <w:sz w:val="17"/>
              </w:rPr>
              <w:t>☐ Aucun</w:t>
            </w:r>
          </w:p>
          <w:p w:rsidR="007A4316" w:rsidRDefault="007A4316">
            <w:pPr>
              <w:spacing w:after="0"/>
              <w:rPr>
                <w:sz w:val="17"/>
              </w:rPr>
            </w:pPr>
          </w:p>
          <w:p w:rsidR="007A4316" w:rsidRDefault="007A4316">
            <w:pPr>
              <w:spacing w:after="0"/>
            </w:pPr>
          </w:p>
        </w:tc>
      </w:tr>
    </w:tbl>
    <w:tbl>
      <w:tblPr>
        <w:tblStyle w:val="TableGrid"/>
        <w:tblW w:w="0" w:type="auto"/>
        <w:tblLook w:val="04A0" w:firstRow="1" w:lastRow="0" w:firstColumn="1" w:lastColumn="0" w:noHBand="0" w:noVBand="1"/>
      </w:tblPr>
      <w:tblGrid>
        <w:gridCol w:w="1322"/>
        <w:gridCol w:w="1334"/>
        <w:gridCol w:w="1503"/>
        <w:gridCol w:w="1758"/>
        <w:gridCol w:w="2126"/>
        <w:gridCol w:w="2693"/>
      </w:tblGrid>
      <w:tr w:rsidR="007928FA" w:rsidTr="007928FA">
        <w:tc>
          <w:tcPr>
            <w:tcW w:w="1322"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7928FA" w:rsidRDefault="007928FA">
            <w:r>
              <w:rPr>
                <w:b/>
                <w:color w:val="FFFFFF"/>
                <w:sz w:val="17"/>
              </w:rPr>
              <w:t>Test de langue</w:t>
            </w:r>
          </w:p>
        </w:tc>
        <w:tc>
          <w:tcPr>
            <w:tcW w:w="1054"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7928FA" w:rsidRDefault="007928FA">
            <w:r>
              <w:rPr>
                <w:b/>
                <w:color w:val="FFFFFF"/>
                <w:sz w:val="17"/>
              </w:rPr>
              <w:t>Compréhension orale</w:t>
            </w:r>
          </w:p>
        </w:tc>
        <w:tc>
          <w:tcPr>
            <w:tcW w:w="1503"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7928FA" w:rsidRDefault="007928FA">
            <w:r>
              <w:rPr>
                <w:b/>
                <w:color w:val="FFFFFF"/>
                <w:sz w:val="17"/>
              </w:rPr>
              <w:t>Compréhension écrite</w:t>
            </w:r>
          </w:p>
        </w:tc>
        <w:tc>
          <w:tcPr>
            <w:tcW w:w="1758"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7928FA" w:rsidRDefault="007928FA">
            <w:r>
              <w:rPr>
                <w:b/>
                <w:color w:val="FFFFFF"/>
                <w:sz w:val="17"/>
              </w:rPr>
              <w:t>Expression écrite</w:t>
            </w:r>
          </w:p>
        </w:tc>
        <w:tc>
          <w:tcPr>
            <w:tcW w:w="212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7928FA" w:rsidRDefault="007928FA">
            <w:r>
              <w:rPr>
                <w:b/>
                <w:color w:val="FFFFFF"/>
                <w:sz w:val="17"/>
              </w:rPr>
              <w:t>Expression orale</w:t>
            </w:r>
          </w:p>
        </w:tc>
        <w:tc>
          <w:tcPr>
            <w:tcW w:w="2693" w:type="dxa"/>
            <w:tcBorders>
              <w:top w:val="single" w:sz="6" w:space="0" w:color="D9E2F3"/>
              <w:left w:val="single" w:sz="6" w:space="0" w:color="D9E2F3"/>
              <w:bottom w:val="single" w:sz="6" w:space="0" w:color="D9E2F3"/>
              <w:right w:val="single" w:sz="6" w:space="0" w:color="D9E2F3"/>
            </w:tcBorders>
            <w:shd w:val="clear" w:color="auto" w:fill="1F4E79"/>
          </w:tcPr>
          <w:p w:rsidR="007928FA" w:rsidRDefault="007928FA">
            <w:pPr>
              <w:rPr>
                <w:b/>
                <w:color w:val="FFFFFF"/>
                <w:sz w:val="17"/>
              </w:rPr>
            </w:pPr>
            <w:r>
              <w:rPr>
                <w:b/>
                <w:color w:val="FFFFFF"/>
                <w:sz w:val="17"/>
              </w:rPr>
              <w:t>Date</w:t>
            </w:r>
          </w:p>
        </w:tc>
      </w:tr>
      <w:tr w:rsidR="007928FA" w:rsidTr="007928FA">
        <w:tc>
          <w:tcPr>
            <w:tcW w:w="1322" w:type="dxa"/>
            <w:tcBorders>
              <w:top w:val="single" w:sz="6" w:space="0" w:color="D9E2F3"/>
              <w:left w:val="single" w:sz="6" w:space="0" w:color="D9E2F3"/>
              <w:bottom w:val="single" w:sz="6" w:space="0" w:color="D9E2F3"/>
              <w:right w:val="single" w:sz="6" w:space="0" w:color="D9E2F3"/>
            </w:tcBorders>
            <w:vAlign w:val="center"/>
          </w:tcPr>
          <w:p w:rsidR="007928FA" w:rsidRDefault="007928FA">
            <w:r>
              <w:rPr>
                <w:b/>
                <w:sz w:val="17"/>
              </w:rPr>
              <w:t>IELTS</w:t>
            </w:r>
          </w:p>
        </w:tc>
        <w:tc>
          <w:tcPr>
            <w:tcW w:w="1054"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503"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758"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126"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693" w:type="dxa"/>
            <w:tcBorders>
              <w:top w:val="single" w:sz="6" w:space="0" w:color="D9E2F3"/>
              <w:left w:val="single" w:sz="6" w:space="0" w:color="D9E2F3"/>
              <w:bottom w:val="single" w:sz="6" w:space="0" w:color="D9E2F3"/>
              <w:right w:val="single" w:sz="6" w:space="0" w:color="D9E2F3"/>
            </w:tcBorders>
          </w:tcPr>
          <w:p w:rsidR="007928FA" w:rsidRDefault="007928FA"/>
        </w:tc>
      </w:tr>
      <w:tr w:rsidR="007928FA" w:rsidTr="007928FA">
        <w:tc>
          <w:tcPr>
            <w:tcW w:w="1322" w:type="dxa"/>
            <w:tcBorders>
              <w:top w:val="single" w:sz="6" w:space="0" w:color="D9E2F3"/>
              <w:left w:val="single" w:sz="6" w:space="0" w:color="D9E2F3"/>
              <w:bottom w:val="single" w:sz="6" w:space="0" w:color="D9E2F3"/>
              <w:right w:val="single" w:sz="6" w:space="0" w:color="D9E2F3"/>
            </w:tcBorders>
            <w:vAlign w:val="center"/>
          </w:tcPr>
          <w:p w:rsidR="007928FA" w:rsidRDefault="007928FA">
            <w:pPr>
              <w:rPr>
                <w:b/>
                <w:sz w:val="17"/>
              </w:rPr>
            </w:pPr>
            <w:r>
              <w:rPr>
                <w:b/>
                <w:sz w:val="17"/>
              </w:rPr>
              <w:t>TCF/TEF</w:t>
            </w:r>
          </w:p>
        </w:tc>
        <w:tc>
          <w:tcPr>
            <w:tcW w:w="1054"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503"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758"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126"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693" w:type="dxa"/>
            <w:tcBorders>
              <w:top w:val="single" w:sz="6" w:space="0" w:color="D9E2F3"/>
              <w:left w:val="single" w:sz="6" w:space="0" w:color="D9E2F3"/>
              <w:bottom w:val="single" w:sz="6" w:space="0" w:color="D9E2F3"/>
              <w:right w:val="single" w:sz="6" w:space="0" w:color="D9E2F3"/>
            </w:tcBorders>
          </w:tcPr>
          <w:p w:rsidR="007928FA" w:rsidRDefault="007928FA"/>
        </w:tc>
      </w:tr>
      <w:tr w:rsidR="007928FA" w:rsidTr="007928FA">
        <w:tc>
          <w:tcPr>
            <w:tcW w:w="1322" w:type="dxa"/>
            <w:tcBorders>
              <w:top w:val="single" w:sz="6" w:space="0" w:color="D9E2F3"/>
              <w:left w:val="single" w:sz="6" w:space="0" w:color="D9E2F3"/>
              <w:bottom w:val="single" w:sz="6" w:space="0" w:color="D9E2F3"/>
              <w:right w:val="single" w:sz="6" w:space="0" w:color="D9E2F3"/>
            </w:tcBorders>
            <w:vAlign w:val="center"/>
          </w:tcPr>
          <w:p w:rsidR="007928FA" w:rsidRDefault="007928FA">
            <w:pPr>
              <w:rPr>
                <w:b/>
                <w:sz w:val="17"/>
              </w:rPr>
            </w:pPr>
            <w:r>
              <w:rPr>
                <w:b/>
                <w:sz w:val="17"/>
              </w:rPr>
              <w:t>CELPIP</w:t>
            </w:r>
          </w:p>
        </w:tc>
        <w:tc>
          <w:tcPr>
            <w:tcW w:w="1054"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503"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758"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126"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693" w:type="dxa"/>
            <w:tcBorders>
              <w:top w:val="single" w:sz="6" w:space="0" w:color="D9E2F3"/>
              <w:left w:val="single" w:sz="6" w:space="0" w:color="D9E2F3"/>
              <w:bottom w:val="single" w:sz="6" w:space="0" w:color="D9E2F3"/>
              <w:right w:val="single" w:sz="6" w:space="0" w:color="D9E2F3"/>
            </w:tcBorders>
          </w:tcPr>
          <w:p w:rsidR="007928FA" w:rsidRDefault="007928FA"/>
        </w:tc>
      </w:tr>
      <w:tr w:rsidR="007928FA" w:rsidTr="007928FA">
        <w:tc>
          <w:tcPr>
            <w:tcW w:w="1322" w:type="dxa"/>
            <w:tcBorders>
              <w:top w:val="single" w:sz="6" w:space="0" w:color="D9E2F3"/>
              <w:left w:val="single" w:sz="6" w:space="0" w:color="D9E2F3"/>
              <w:bottom w:val="single" w:sz="6" w:space="0" w:color="D9E2F3"/>
              <w:right w:val="single" w:sz="6" w:space="0" w:color="D9E2F3"/>
            </w:tcBorders>
            <w:vAlign w:val="center"/>
          </w:tcPr>
          <w:p w:rsidR="007928FA" w:rsidRDefault="007928FA">
            <w:pPr>
              <w:rPr>
                <w:b/>
                <w:sz w:val="17"/>
              </w:rPr>
            </w:pPr>
            <w:r>
              <w:rPr>
                <w:b/>
                <w:sz w:val="17"/>
              </w:rPr>
              <w:t>PTE Core</w:t>
            </w:r>
          </w:p>
        </w:tc>
        <w:tc>
          <w:tcPr>
            <w:tcW w:w="1054"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503"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758"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126"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693" w:type="dxa"/>
            <w:tcBorders>
              <w:top w:val="single" w:sz="6" w:space="0" w:color="D9E2F3"/>
              <w:left w:val="single" w:sz="6" w:space="0" w:color="D9E2F3"/>
              <w:bottom w:val="single" w:sz="6" w:space="0" w:color="D9E2F3"/>
              <w:right w:val="single" w:sz="6" w:space="0" w:color="D9E2F3"/>
            </w:tcBorders>
          </w:tcPr>
          <w:p w:rsidR="007928FA" w:rsidRDefault="007928FA"/>
        </w:tc>
      </w:tr>
    </w:tbl>
    <w:p w:rsidR="00947973" w:rsidRDefault="001C282B">
      <w:pPr>
        <w:pStyle w:val="Heading2"/>
      </w:pPr>
      <w:r>
        <w:t>SECTION E - EXPÉRIENCE PROFESSIONNELLE</w:t>
      </w:r>
    </w:p>
    <w:tbl>
      <w:tblPr>
        <w:tblStyle w:val="TableGrid"/>
        <w:tblW w:w="0" w:type="auto"/>
        <w:tblLook w:val="04A0" w:firstRow="1" w:lastRow="0" w:firstColumn="1" w:lastColumn="0" w:noHBand="0" w:noVBand="1"/>
      </w:tblPr>
      <w:tblGrid>
        <w:gridCol w:w="1776"/>
        <w:gridCol w:w="1776"/>
        <w:gridCol w:w="1776"/>
        <w:gridCol w:w="1776"/>
        <w:gridCol w:w="1776"/>
        <w:gridCol w:w="1776"/>
      </w:tblGrid>
      <w:tr w:rsidR="00947973">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1C282B">
            <w:r>
              <w:rPr>
                <w:b/>
                <w:color w:val="FFFFFF"/>
                <w:sz w:val="17"/>
              </w:rPr>
              <w:t>Employeur / Entreprise</w:t>
            </w:r>
          </w:p>
        </w:tc>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1C282B">
            <w:r>
              <w:rPr>
                <w:b/>
                <w:color w:val="FFFFFF"/>
                <w:sz w:val="17"/>
              </w:rPr>
              <w:t xml:space="preserve">Poste </w:t>
            </w:r>
            <w:r>
              <w:rPr>
                <w:b/>
                <w:color w:val="FFFFFF"/>
                <w:sz w:val="17"/>
              </w:rPr>
              <w:t>occupé</w:t>
            </w:r>
          </w:p>
        </w:tc>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1C282B">
            <w:r>
              <w:rPr>
                <w:b/>
                <w:color w:val="FFFFFF"/>
                <w:sz w:val="17"/>
              </w:rPr>
              <w:t>Pays</w:t>
            </w:r>
          </w:p>
        </w:tc>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1C282B">
            <w:r>
              <w:rPr>
                <w:b/>
                <w:color w:val="FFFFFF"/>
                <w:sz w:val="17"/>
              </w:rPr>
              <w:t>CNP/FEER si connu</w:t>
            </w:r>
          </w:p>
        </w:tc>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1C282B">
            <w:r>
              <w:rPr>
                <w:b/>
                <w:color w:val="FFFFFF"/>
                <w:sz w:val="17"/>
              </w:rPr>
              <w:t>Dates début - fin</w:t>
            </w:r>
          </w:p>
        </w:tc>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1C282B">
            <w:r>
              <w:rPr>
                <w:b/>
                <w:color w:val="FFFFFF"/>
                <w:sz w:val="17"/>
              </w:rPr>
              <w:t>Heures/semaine</w:t>
            </w:r>
          </w:p>
        </w:tc>
      </w:tr>
      <w:tr w:rsidR="00947973">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bl>
    <w:p w:rsidR="00947973" w:rsidRPr="0031047E" w:rsidRDefault="001C282B">
      <w:pPr>
        <w:spacing w:before="40" w:after="40"/>
        <w:rPr>
          <w:lang w:val="fr-FR"/>
        </w:rPr>
      </w:pPr>
      <w:r w:rsidRPr="0031047E">
        <w:rPr>
          <w:b/>
          <w:lang w:val="fr-FR"/>
        </w:rPr>
        <w:t>Au cours des 10 dernières années, combien d’années d’expérience professionnelle qualifiée avez-vous acquises au Canada ?</w:t>
      </w:r>
    </w:p>
    <w:tbl>
      <w:tblPr>
        <w:tblW w:w="0" w:type="auto"/>
        <w:tblLook w:val="04A0" w:firstRow="1" w:lastRow="0" w:firstColumn="1" w:lastColumn="0" w:noHBand="0" w:noVBand="1"/>
      </w:tblPr>
      <w:tblGrid>
        <w:gridCol w:w="3552"/>
        <w:gridCol w:w="3552"/>
        <w:gridCol w:w="3552"/>
      </w:tblGrid>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Aucun</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Moins d’un an</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1 an</w:t>
            </w:r>
          </w:p>
        </w:tc>
      </w:tr>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2 ans</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3</w:t>
            </w:r>
            <w:r>
              <w:rPr>
                <w:sz w:val="17"/>
              </w:rPr>
              <w:t xml:space="preserve"> ans</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4 ans ou plus</w:t>
            </w:r>
          </w:p>
        </w:tc>
      </w:tr>
    </w:tbl>
    <w:p w:rsidR="00947973" w:rsidRPr="0031047E" w:rsidRDefault="001C282B">
      <w:pPr>
        <w:spacing w:before="40" w:after="40"/>
        <w:rPr>
          <w:lang w:val="fr-FR"/>
        </w:rPr>
      </w:pPr>
      <w:r w:rsidRPr="0031047E">
        <w:rPr>
          <w:b/>
          <w:lang w:val="fr-FR"/>
        </w:rPr>
        <w:t>Au cours des 10 dernières années, combien d’années d’expérience professionnelle qualifiée avez-vous acquises hors du Canada ?</w:t>
      </w:r>
    </w:p>
    <w:tbl>
      <w:tblPr>
        <w:tblW w:w="0" w:type="auto"/>
        <w:tblLook w:val="04A0" w:firstRow="1" w:lastRow="0" w:firstColumn="1" w:lastColumn="0" w:noHBand="0" w:noVBand="1"/>
      </w:tblPr>
      <w:tblGrid>
        <w:gridCol w:w="3552"/>
        <w:gridCol w:w="3552"/>
        <w:gridCol w:w="3552"/>
      </w:tblGrid>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Aucun</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Moins d’un an</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1 an</w:t>
            </w:r>
          </w:p>
        </w:tc>
      </w:tr>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2 ans</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3 ans</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4 ans</w:t>
            </w:r>
          </w:p>
        </w:tc>
      </w:tr>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5 ans ou plus</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947973">
            <w:pPr>
              <w:spacing w:after="0"/>
            </w:pP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947973">
            <w:pPr>
              <w:spacing w:after="0"/>
            </w:pPr>
          </w:p>
        </w:tc>
      </w:tr>
    </w:tbl>
    <w:p w:rsidR="00947973" w:rsidRPr="0031047E" w:rsidRDefault="001C282B">
      <w:pPr>
        <w:spacing w:before="40" w:after="40"/>
        <w:rPr>
          <w:lang w:val="fr-FR"/>
        </w:rPr>
      </w:pPr>
      <w:r w:rsidRPr="0031047E">
        <w:rPr>
          <w:b/>
          <w:lang w:val="fr-FR"/>
        </w:rPr>
        <w:t>Avez-vous l’un des éléments suiv</w:t>
      </w:r>
      <w:r w:rsidRPr="0031047E">
        <w:rPr>
          <w:b/>
          <w:lang w:val="fr-FR"/>
        </w:rPr>
        <w:t>ants ?</w:t>
      </w:r>
    </w:p>
    <w:tbl>
      <w:tblPr>
        <w:tblW w:w="0" w:type="auto"/>
        <w:tblLook w:val="04A0" w:firstRow="1" w:lastRow="0" w:firstColumn="1" w:lastColumn="0" w:noHBand="0" w:noVBand="1"/>
      </w:tblPr>
      <w:tblGrid>
        <w:gridCol w:w="5328"/>
        <w:gridCol w:w="5328"/>
      </w:tblGrid>
      <w:tr w:rsidR="00947973" w:rsidRPr="0031047E">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Offre d’emploi au Canada</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Pr="0031047E" w:rsidRDefault="001C282B">
            <w:pPr>
              <w:spacing w:after="0"/>
              <w:rPr>
                <w:lang w:val="fr-FR"/>
              </w:rPr>
            </w:pPr>
            <w:r w:rsidRPr="0031047E">
              <w:rPr>
                <w:sz w:val="17"/>
                <w:lang w:val="fr-FR"/>
              </w:rPr>
              <w:t>☐</w:t>
            </w:r>
            <w:r w:rsidRPr="0031047E">
              <w:rPr>
                <w:sz w:val="17"/>
                <w:lang w:val="fr-FR"/>
              </w:rPr>
              <w:t xml:space="preserve"> Offre d’emploi appuyée par une EIMT</w:t>
            </w:r>
          </w:p>
        </w:tc>
      </w:tr>
      <w:tr w:rsidR="00947973" w:rsidRPr="0031047E">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Désignation provinciale</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Pr="0031047E" w:rsidRDefault="001C282B">
            <w:pPr>
              <w:spacing w:after="0"/>
              <w:rPr>
                <w:lang w:val="fr-FR"/>
              </w:rPr>
            </w:pPr>
            <w:r w:rsidRPr="0031047E">
              <w:rPr>
                <w:sz w:val="17"/>
                <w:lang w:val="fr-FR"/>
              </w:rPr>
              <w:t>☐</w:t>
            </w:r>
            <w:r w:rsidRPr="0031047E">
              <w:rPr>
                <w:sz w:val="17"/>
                <w:lang w:val="fr-FR"/>
              </w:rPr>
              <w:t xml:space="preserve"> Certificat de qualification du Canada</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Aucun</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947973">
            <w:pPr>
              <w:spacing w:after="0"/>
            </w:pPr>
          </w:p>
        </w:tc>
      </w:tr>
    </w:tbl>
    <w:p w:rsidR="00947973" w:rsidRPr="0031047E" w:rsidRDefault="001C282B">
      <w:pPr>
        <w:pStyle w:val="Heading2"/>
        <w:rPr>
          <w:lang w:val="fr-FR"/>
        </w:rPr>
      </w:pPr>
      <w:r w:rsidRPr="0031047E">
        <w:rPr>
          <w:lang w:val="fr-FR"/>
        </w:rPr>
        <w:t>SECTION F - FAMILLE OU LIENS AU CANADA</w:t>
      </w:r>
    </w:p>
    <w:p w:rsidR="007928FA" w:rsidRDefault="001C282B">
      <w:pPr>
        <w:spacing w:before="40" w:after="40"/>
        <w:rPr>
          <w:b/>
        </w:rPr>
      </w:pPr>
      <w:r w:rsidRPr="0031047E">
        <w:rPr>
          <w:b/>
          <w:lang w:val="fr-FR"/>
        </w:rPr>
        <w:t xml:space="preserve">Avez-vous de la famille proche au Canada ? </w:t>
      </w:r>
      <w:r>
        <w:rPr>
          <w:b/>
        </w:rPr>
        <w:t>☐</w:t>
      </w:r>
      <w:r>
        <w:rPr>
          <w:b/>
        </w:rPr>
        <w:t xml:space="preserve"> Oui</w:t>
      </w:r>
      <w:r>
        <w:rPr>
          <w:b/>
        </w:rPr>
        <w:tab/>
        <w:t>☐ Non</w:t>
      </w:r>
    </w:p>
    <w:p w:rsidR="009E4569" w:rsidRPr="007928FA" w:rsidRDefault="009E4569">
      <w:pPr>
        <w:spacing w:before="40" w:after="40"/>
        <w:rPr>
          <w:b/>
        </w:rPr>
      </w:pPr>
      <w:r>
        <w:rPr>
          <w:b/>
        </w:rPr>
        <w:t>Si oui :</w:t>
      </w:r>
    </w:p>
    <w:tbl>
      <w:tblPr>
        <w:tblStyle w:val="TableGrid"/>
        <w:tblW w:w="0" w:type="auto"/>
        <w:jc w:val="center"/>
        <w:tblLook w:val="04A0" w:firstRow="1" w:lastRow="0" w:firstColumn="1" w:lastColumn="0" w:noHBand="0" w:noVBand="1"/>
      </w:tblPr>
      <w:tblGrid>
        <w:gridCol w:w="3744"/>
        <w:gridCol w:w="6480"/>
      </w:tblGrid>
      <w:tr w:rsidR="00947973">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lastRenderedPageBreak/>
              <w:t xml:space="preserve">Lien de parenté </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rsidRPr="0031047E">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Statut au Canada</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Pr="0031047E" w:rsidRDefault="001C282B">
            <w:pPr>
              <w:rPr>
                <w:lang w:val="fr-FR"/>
              </w:rPr>
            </w:pPr>
            <w:r w:rsidRPr="0031047E">
              <w:rPr>
                <w:sz w:val="17"/>
                <w:lang w:val="fr-FR"/>
              </w:rPr>
              <w:t>☐</w:t>
            </w:r>
            <w:r w:rsidRPr="0031047E">
              <w:rPr>
                <w:sz w:val="17"/>
                <w:lang w:val="fr-FR"/>
              </w:rPr>
              <w:t xml:space="preserve"> Citoyen(ne)   ☐ Résident(e) permanent(e)   ☐ Travailleur   ☐ Étudiant(e)   ☐ Demandeur d’asile   ☐ Autre</w:t>
            </w:r>
          </w:p>
        </w:tc>
      </w:tr>
      <w:tr w:rsidR="00947973">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Province / Ville de résidence</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rsidRPr="0031047E">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Pr="0031047E" w:rsidRDefault="001C282B">
            <w:pPr>
              <w:rPr>
                <w:lang w:val="fr-FR"/>
              </w:rPr>
            </w:pPr>
            <w:r w:rsidRPr="0031047E">
              <w:rPr>
                <w:b/>
                <w:sz w:val="17"/>
                <w:lang w:val="fr-FR"/>
              </w:rPr>
              <w:t>Peuvent-ils fournir des pièces justificatives ?</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Pr="0031047E" w:rsidRDefault="001C282B">
            <w:pPr>
              <w:rPr>
                <w:lang w:val="fr-FR"/>
              </w:rPr>
            </w:pPr>
            <w:r w:rsidRPr="0031047E">
              <w:rPr>
                <w:sz w:val="17"/>
                <w:lang w:val="fr-FR"/>
              </w:rPr>
              <w:t>☐</w:t>
            </w:r>
            <w:r w:rsidRPr="0031047E">
              <w:rPr>
                <w:sz w:val="17"/>
                <w:lang w:val="fr-FR"/>
              </w:rPr>
              <w:t xml:space="preserve"> Oui   ☐ Non   ☐ Pas certain(e)</w:t>
            </w:r>
          </w:p>
        </w:tc>
      </w:tr>
    </w:tbl>
    <w:p w:rsidR="00947973" w:rsidRPr="0031047E" w:rsidRDefault="001C282B" w:rsidP="009E4569">
      <w:pPr>
        <w:pStyle w:val="Heading2"/>
        <w:rPr>
          <w:color w:val="1F497D" w:themeColor="text2"/>
          <w:lang w:val="fr-FR"/>
        </w:rPr>
      </w:pPr>
      <w:r w:rsidRPr="0031047E">
        <w:rPr>
          <w:lang w:val="fr-FR"/>
        </w:rPr>
        <w:t>SECTION G - RESSOURCES FINANCIÈRES ET CAPACITÉ D’ÉTABLISSEMENT</w:t>
      </w:r>
    </w:p>
    <w:tbl>
      <w:tblPr>
        <w:tblStyle w:val="TableGrid"/>
        <w:tblW w:w="0" w:type="auto"/>
        <w:jc w:val="center"/>
        <w:tblLook w:val="04A0" w:firstRow="1" w:lastRow="0" w:firstColumn="1" w:lastColumn="0" w:noHBand="0" w:noVBand="1"/>
      </w:tblPr>
      <w:tblGrid>
        <w:gridCol w:w="3744"/>
        <w:gridCol w:w="6480"/>
      </w:tblGrid>
      <w:tr w:rsidR="00947973">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Pr="0031047E" w:rsidRDefault="001C282B">
            <w:pPr>
              <w:rPr>
                <w:lang w:val="fr-FR"/>
              </w:rPr>
            </w:pPr>
            <w:r w:rsidRPr="0031047E">
              <w:rPr>
                <w:b/>
                <w:sz w:val="17"/>
                <w:lang w:val="fr-FR"/>
              </w:rPr>
              <w:t>Fonds disponibles pour le voyage / l’établissement</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Default="001C282B">
            <w:r>
              <w:rPr>
                <w:sz w:val="17"/>
              </w:rPr>
              <w:t>Devise : ________  Montant : __________________</w:t>
            </w:r>
          </w:p>
        </w:tc>
      </w:tr>
      <w:tr w:rsidR="00947973" w:rsidRPr="0031047E">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Pr="0031047E" w:rsidRDefault="001C282B">
            <w:pPr>
              <w:rPr>
                <w:lang w:val="fr-FR"/>
              </w:rPr>
            </w:pPr>
            <w:r w:rsidRPr="0031047E">
              <w:rPr>
                <w:b/>
                <w:sz w:val="17"/>
                <w:lang w:val="fr-FR"/>
              </w:rPr>
              <w:t>Avez-vous des relevés bancaires récents ?</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Pr="0031047E" w:rsidRDefault="001C282B">
            <w:pPr>
              <w:rPr>
                <w:lang w:val="fr-FR"/>
              </w:rPr>
            </w:pPr>
            <w:r w:rsidRPr="0031047E">
              <w:rPr>
                <w:sz w:val="17"/>
                <w:lang w:val="fr-FR"/>
              </w:rPr>
              <w:t>☐</w:t>
            </w:r>
            <w:r w:rsidRPr="0031047E">
              <w:rPr>
                <w:sz w:val="17"/>
                <w:lang w:val="fr-FR"/>
              </w:rPr>
              <w:t xml:space="preserve"> Oui   ☐ Non   ☐ Peut les obtenir</w:t>
            </w:r>
          </w:p>
        </w:tc>
      </w:tr>
      <w:tr w:rsidR="00947973" w:rsidRPr="0031047E">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Pr="0031047E" w:rsidRDefault="001C282B">
            <w:pPr>
              <w:rPr>
                <w:lang w:val="fr-FR"/>
              </w:rPr>
            </w:pPr>
            <w:r w:rsidRPr="0031047E">
              <w:rPr>
                <w:b/>
                <w:sz w:val="17"/>
                <w:lang w:val="fr-FR"/>
              </w:rPr>
              <w:t>Qui financera</w:t>
            </w:r>
            <w:r w:rsidRPr="0031047E">
              <w:rPr>
                <w:b/>
                <w:sz w:val="17"/>
                <w:lang w:val="fr-FR"/>
              </w:rPr>
              <w:t xml:space="preserve"> le voyage / la demande ?</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Pr="0031047E" w:rsidRDefault="001C282B">
            <w:pPr>
              <w:rPr>
                <w:lang w:val="fr-FR"/>
              </w:rPr>
            </w:pPr>
            <w:r w:rsidRPr="0031047E">
              <w:rPr>
                <w:sz w:val="17"/>
                <w:lang w:val="fr-FR"/>
              </w:rPr>
              <w:t>☐</w:t>
            </w:r>
            <w:r w:rsidRPr="0031047E">
              <w:rPr>
                <w:sz w:val="17"/>
                <w:lang w:val="fr-FR"/>
              </w:rPr>
              <w:t xml:space="preserve"> Moi-même   ☐ Conjoint/partenaire   ☐ Membre de la famille   ☐ Employeur   ☐ Autre</w:t>
            </w:r>
          </w:p>
        </w:tc>
      </w:tr>
    </w:tbl>
    <w:p w:rsidR="00947973" w:rsidRPr="0031047E" w:rsidRDefault="001C282B">
      <w:pPr>
        <w:pStyle w:val="Heading2"/>
        <w:rPr>
          <w:lang w:val="fr-FR"/>
        </w:rPr>
      </w:pPr>
      <w:r w:rsidRPr="0031047E">
        <w:rPr>
          <w:lang w:val="fr-FR"/>
        </w:rPr>
        <w:t>SECTION H - ANTÉCÉDENTS DE VOYAGE ET ADMISSIBILITÉ</w:t>
      </w:r>
    </w:p>
    <w:p w:rsidR="00947973" w:rsidRPr="0031047E" w:rsidRDefault="001C282B">
      <w:pPr>
        <w:spacing w:before="40" w:after="40"/>
        <w:rPr>
          <w:lang w:val="fr-FR"/>
        </w:rPr>
      </w:pPr>
      <w:r w:rsidRPr="0031047E">
        <w:rPr>
          <w:b/>
          <w:lang w:val="fr-FR"/>
        </w:rPr>
        <w:t>Avez-vous déjà fait l’objet d’un refus de visa, de permis, d’entrée ou de demande d’immigratio</w:t>
      </w:r>
      <w:r w:rsidRPr="0031047E">
        <w:rPr>
          <w:b/>
          <w:lang w:val="fr-FR"/>
        </w:rPr>
        <w:t>n par le Canada ou un autre pays ?</w:t>
      </w:r>
    </w:p>
    <w:tbl>
      <w:tblPr>
        <w:tblW w:w="0" w:type="auto"/>
        <w:tblLook w:val="04A0" w:firstRow="1" w:lastRow="0" w:firstColumn="1" w:lastColumn="0" w:noHBand="0" w:noVBand="1"/>
      </w:tblPr>
      <w:tblGrid>
        <w:gridCol w:w="5328"/>
        <w:gridCol w:w="5328"/>
      </w:tblGrid>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Oui</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Non</w:t>
            </w:r>
          </w:p>
        </w:tc>
      </w:tr>
    </w:tbl>
    <w:p w:rsidR="00947973" w:rsidRDefault="001C282B">
      <w:r>
        <w:t>Détails : __________________________________________________________________________________</w:t>
      </w:r>
    </w:p>
    <w:p w:rsidR="009E4569" w:rsidRPr="0031047E" w:rsidRDefault="009E4569" w:rsidP="009E4569">
      <w:pPr>
        <w:spacing w:before="40" w:after="40"/>
        <w:rPr>
          <w:lang w:val="fr-FR"/>
        </w:rPr>
      </w:pPr>
      <w:r w:rsidRPr="0031047E">
        <w:rPr>
          <w:b/>
          <w:lang w:val="fr-FR"/>
        </w:rPr>
        <w:t>Avez-vous déjà voyagé dans un autre pays ?</w:t>
      </w:r>
    </w:p>
    <w:tbl>
      <w:tblPr>
        <w:tblW w:w="0" w:type="auto"/>
        <w:tblLook w:val="04A0" w:firstRow="1" w:lastRow="0" w:firstColumn="1" w:lastColumn="0" w:noHBand="0" w:noVBand="1"/>
      </w:tblPr>
      <w:tblGrid>
        <w:gridCol w:w="5328"/>
        <w:gridCol w:w="5328"/>
      </w:tblGrid>
      <w:tr w:rsidR="009E4569" w:rsidTr="002A21E7">
        <w:tc>
          <w:tcPr>
            <w:tcW w:w="5328" w:type="dxa"/>
            <w:tcBorders>
              <w:top w:val="single" w:sz="6" w:space="0" w:color="FFFFFF"/>
              <w:left w:val="single" w:sz="6" w:space="0" w:color="FFFFFF"/>
              <w:bottom w:val="single" w:sz="6" w:space="0" w:color="FFFFFF"/>
              <w:right w:val="single" w:sz="6" w:space="0" w:color="FFFFFF"/>
            </w:tcBorders>
            <w:vAlign w:val="center"/>
          </w:tcPr>
          <w:p w:rsidR="009E4569" w:rsidRDefault="009E4569" w:rsidP="002A21E7">
            <w:pPr>
              <w:spacing w:after="0"/>
            </w:pPr>
            <w:r>
              <w:rPr>
                <w:sz w:val="17"/>
              </w:rPr>
              <w:t>☐ Oui</w:t>
            </w:r>
          </w:p>
        </w:tc>
        <w:tc>
          <w:tcPr>
            <w:tcW w:w="5328" w:type="dxa"/>
            <w:tcBorders>
              <w:top w:val="single" w:sz="6" w:space="0" w:color="FFFFFF"/>
              <w:left w:val="single" w:sz="6" w:space="0" w:color="FFFFFF"/>
              <w:bottom w:val="single" w:sz="6" w:space="0" w:color="FFFFFF"/>
              <w:right w:val="single" w:sz="6" w:space="0" w:color="FFFFFF"/>
            </w:tcBorders>
            <w:vAlign w:val="center"/>
          </w:tcPr>
          <w:p w:rsidR="009E4569" w:rsidRDefault="009E4569" w:rsidP="002A21E7">
            <w:pPr>
              <w:spacing w:after="0"/>
            </w:pPr>
            <w:r>
              <w:rPr>
                <w:sz w:val="17"/>
              </w:rPr>
              <w:t>☐ Non</w:t>
            </w:r>
          </w:p>
        </w:tc>
      </w:tr>
    </w:tbl>
    <w:p w:rsidR="009E4569" w:rsidRPr="0031047E" w:rsidRDefault="006E2498" w:rsidP="009E4569">
      <w:pPr>
        <w:rPr>
          <w:lang w:val="fr-FR"/>
        </w:rPr>
      </w:pPr>
      <w:r w:rsidRPr="0031047E">
        <w:rPr>
          <w:lang w:val="fr-FR"/>
        </w:rPr>
        <w:t>Si oui, indiquez les pays : __________________________________________________________________________________</w:t>
      </w:r>
    </w:p>
    <w:p w:rsidR="00947973" w:rsidRPr="0031047E" w:rsidRDefault="001C282B">
      <w:pPr>
        <w:spacing w:before="40" w:after="40"/>
        <w:rPr>
          <w:lang w:val="fr-FR"/>
        </w:rPr>
      </w:pPr>
      <w:r w:rsidRPr="0031047E">
        <w:rPr>
          <w:b/>
          <w:lang w:val="fr-FR"/>
        </w:rPr>
        <w:t>Avez-vous déjà dépassé la durée autorisée d’un visa, fait l’objet d’un renvoi ou été invité(e) à quitter un pays ?</w:t>
      </w:r>
    </w:p>
    <w:tbl>
      <w:tblPr>
        <w:tblW w:w="0" w:type="auto"/>
        <w:tblLook w:val="04A0" w:firstRow="1" w:lastRow="0" w:firstColumn="1" w:lastColumn="0" w:noHBand="0" w:noVBand="1"/>
      </w:tblPr>
      <w:tblGrid>
        <w:gridCol w:w="5328"/>
        <w:gridCol w:w="5328"/>
      </w:tblGrid>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Oui</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Non</w:t>
            </w:r>
          </w:p>
        </w:tc>
      </w:tr>
    </w:tbl>
    <w:p w:rsidR="00947973" w:rsidRDefault="001C282B">
      <w:r>
        <w:t xml:space="preserve">Détails : </w:t>
      </w:r>
      <w:r>
        <w:t>__________________________________________________________________________________</w:t>
      </w:r>
    </w:p>
    <w:p w:rsidR="00947973" w:rsidRPr="0031047E" w:rsidRDefault="001C282B">
      <w:pPr>
        <w:spacing w:before="40" w:after="40"/>
        <w:rPr>
          <w:lang w:val="fr-FR"/>
        </w:rPr>
      </w:pPr>
      <w:r w:rsidRPr="0031047E">
        <w:rPr>
          <w:b/>
          <w:lang w:val="fr-FR"/>
        </w:rPr>
        <w:t>Vous-même ou un membre de votre famille avez-vous un problème de santé pouvant nécessiter des soins continus ?</w:t>
      </w:r>
    </w:p>
    <w:tbl>
      <w:tblPr>
        <w:tblW w:w="0" w:type="auto"/>
        <w:tblLook w:val="04A0" w:firstRow="1" w:lastRow="0" w:firstColumn="1" w:lastColumn="0" w:noHBand="0" w:noVBand="1"/>
      </w:tblPr>
      <w:tblGrid>
        <w:gridCol w:w="3552"/>
        <w:gridCol w:w="3552"/>
        <w:gridCol w:w="3552"/>
      </w:tblGrid>
      <w:tr w:rsidR="00947973" w:rsidRPr="0031047E">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Oui</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Non</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Pr="0031047E" w:rsidRDefault="001C282B">
            <w:pPr>
              <w:spacing w:after="0"/>
              <w:rPr>
                <w:lang w:val="fr-FR"/>
              </w:rPr>
            </w:pPr>
            <w:r w:rsidRPr="0031047E">
              <w:rPr>
                <w:sz w:val="17"/>
                <w:lang w:val="fr-FR"/>
              </w:rPr>
              <w:t>☐</w:t>
            </w:r>
            <w:r w:rsidRPr="0031047E">
              <w:rPr>
                <w:sz w:val="17"/>
                <w:lang w:val="fr-FR"/>
              </w:rPr>
              <w:t xml:space="preserve"> Préfère en discuter en privé</w:t>
            </w:r>
          </w:p>
        </w:tc>
      </w:tr>
    </w:tbl>
    <w:p w:rsidR="00947973" w:rsidRPr="0031047E" w:rsidRDefault="001C282B">
      <w:pPr>
        <w:rPr>
          <w:lang w:val="fr-FR"/>
        </w:rPr>
      </w:pPr>
      <w:r w:rsidRPr="0031047E">
        <w:rPr>
          <w:lang w:val="fr-FR"/>
        </w:rPr>
        <w:t>Détails : ________</w:t>
      </w:r>
      <w:r w:rsidRPr="0031047E">
        <w:rPr>
          <w:lang w:val="fr-FR"/>
        </w:rPr>
        <w:t>__________________________________________________________________________</w:t>
      </w:r>
    </w:p>
    <w:p w:rsidR="00947973" w:rsidRPr="0031047E" w:rsidRDefault="001C282B">
      <w:pPr>
        <w:spacing w:before="40" w:after="40"/>
        <w:rPr>
          <w:lang w:val="fr-FR"/>
        </w:rPr>
      </w:pPr>
      <w:r w:rsidRPr="0031047E">
        <w:rPr>
          <w:b/>
          <w:lang w:val="fr-FR"/>
        </w:rPr>
        <w:t>Avez-vous déjà fait l’objet d’une accusation criminelle, d’une condamnation ou d’un dossier de police ?</w:t>
      </w:r>
    </w:p>
    <w:tbl>
      <w:tblPr>
        <w:tblW w:w="0" w:type="auto"/>
        <w:tblLook w:val="04A0" w:firstRow="1" w:lastRow="0" w:firstColumn="1" w:lastColumn="0" w:noHBand="0" w:noVBand="1"/>
      </w:tblPr>
      <w:tblGrid>
        <w:gridCol w:w="3552"/>
        <w:gridCol w:w="3552"/>
        <w:gridCol w:w="3552"/>
      </w:tblGrid>
      <w:tr w:rsidR="00947973" w:rsidRPr="0031047E">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Oui</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1C282B">
            <w:pPr>
              <w:spacing w:after="0"/>
            </w:pPr>
            <w:r>
              <w:rPr>
                <w:sz w:val="17"/>
              </w:rPr>
              <w:t>☐</w:t>
            </w:r>
            <w:r>
              <w:rPr>
                <w:sz w:val="17"/>
              </w:rPr>
              <w:t xml:space="preserve"> Non</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Pr="0031047E" w:rsidRDefault="001C282B">
            <w:pPr>
              <w:spacing w:after="0"/>
              <w:rPr>
                <w:lang w:val="fr-FR"/>
              </w:rPr>
            </w:pPr>
            <w:r w:rsidRPr="0031047E">
              <w:rPr>
                <w:sz w:val="17"/>
                <w:lang w:val="fr-FR"/>
              </w:rPr>
              <w:t>☐</w:t>
            </w:r>
            <w:r w:rsidRPr="0031047E">
              <w:rPr>
                <w:sz w:val="17"/>
                <w:lang w:val="fr-FR"/>
              </w:rPr>
              <w:t xml:space="preserve"> Préfère en discuter en privé</w:t>
            </w:r>
          </w:p>
        </w:tc>
      </w:tr>
    </w:tbl>
    <w:p w:rsidR="00947973" w:rsidRPr="0031047E" w:rsidRDefault="001C282B">
      <w:pPr>
        <w:rPr>
          <w:lang w:val="fr-FR"/>
        </w:rPr>
      </w:pPr>
      <w:r w:rsidRPr="0031047E">
        <w:rPr>
          <w:lang w:val="fr-FR"/>
        </w:rPr>
        <w:t>Détails : _______________________</w:t>
      </w:r>
      <w:r w:rsidRPr="0031047E">
        <w:rPr>
          <w:lang w:val="fr-FR"/>
        </w:rPr>
        <w:t>___________________________________________________________</w:t>
      </w:r>
    </w:p>
    <w:p w:rsidR="00947973" w:rsidRPr="0031047E" w:rsidRDefault="00947973">
      <w:pPr>
        <w:rPr>
          <w:lang w:val="fr-FR"/>
        </w:rPr>
      </w:pPr>
    </w:p>
    <w:p w:rsidR="00947973" w:rsidRPr="0031047E" w:rsidRDefault="001C282B">
      <w:pPr>
        <w:pStyle w:val="Heading2"/>
        <w:rPr>
          <w:lang w:val="fr-FR"/>
        </w:rPr>
      </w:pPr>
      <w:r w:rsidRPr="0031047E">
        <w:rPr>
          <w:lang w:val="fr-FR"/>
        </w:rPr>
        <w:t>SECTION I - OBJECTIFS DU CLIENT ET NOTES</w:t>
      </w:r>
    </w:p>
    <w:p w:rsidR="00947973" w:rsidRPr="0031047E" w:rsidRDefault="00947973">
      <w:pPr>
        <w:rPr>
          <w:lang w:val="fr-FR"/>
        </w:rPr>
      </w:pPr>
    </w:p>
    <w:p w:rsidR="00947973" w:rsidRPr="0031047E" w:rsidRDefault="001C282B">
      <w:pPr>
        <w:rPr>
          <w:lang w:val="fr-FR"/>
        </w:rPr>
      </w:pPr>
      <w:r w:rsidRPr="0031047E">
        <w:rPr>
          <w:b/>
          <w:lang w:val="fr-FR"/>
        </w:rPr>
        <w:t>Préoccupations ou questions importantes :</w:t>
      </w:r>
    </w:p>
    <w:p w:rsidR="00947973" w:rsidRPr="0031047E" w:rsidRDefault="001C282B">
      <w:pPr>
        <w:rPr>
          <w:lang w:val="fr-FR"/>
        </w:rPr>
      </w:pPr>
      <w:r w:rsidRPr="0031047E">
        <w:rPr>
          <w:lang w:val="fr-FR"/>
        </w:rPr>
        <w:t>____________________________________________________________________________________________</w:t>
      </w:r>
    </w:p>
    <w:p w:rsidR="00947973" w:rsidRPr="0031047E" w:rsidRDefault="001C282B">
      <w:pPr>
        <w:rPr>
          <w:lang w:val="fr-FR"/>
        </w:rPr>
      </w:pPr>
      <w:r w:rsidRPr="0031047E">
        <w:rPr>
          <w:lang w:val="fr-FR"/>
        </w:rPr>
        <w:t>__________________</w:t>
      </w:r>
      <w:r w:rsidRPr="0031047E">
        <w:rPr>
          <w:lang w:val="fr-FR"/>
        </w:rPr>
        <w:t>__________________________________________________________________________</w:t>
      </w:r>
    </w:p>
    <w:p w:rsidR="00947973" w:rsidRPr="0031047E" w:rsidRDefault="001C282B">
      <w:pPr>
        <w:rPr>
          <w:lang w:val="fr-FR"/>
        </w:rPr>
      </w:pPr>
      <w:r w:rsidRPr="0031047E">
        <w:rPr>
          <w:lang w:val="fr-FR"/>
        </w:rPr>
        <w:t>____________________________________________________________________________________________</w:t>
      </w:r>
    </w:p>
    <w:p w:rsidR="006E2498" w:rsidRPr="0031047E" w:rsidRDefault="006E2498">
      <w:pPr>
        <w:rPr>
          <w:lang w:val="fr-FR"/>
        </w:rPr>
      </w:pPr>
    </w:p>
    <w:p w:rsidR="00947973" w:rsidRPr="0031047E" w:rsidRDefault="006E2498">
      <w:pPr>
        <w:rPr>
          <w:lang w:val="fr-FR"/>
        </w:rPr>
      </w:pPr>
      <w:r w:rsidRPr="0031047E">
        <w:rPr>
          <w:b/>
          <w:lang w:val="fr-FR"/>
        </w:rPr>
        <w:t>Y a-t-il autre chose que vous souhaitez nous faire savoir au sujet de votre situation ou de votre projet de voyage ?</w:t>
      </w:r>
    </w:p>
    <w:p w:rsidR="00947973" w:rsidRPr="0031047E" w:rsidRDefault="001C282B">
      <w:pPr>
        <w:rPr>
          <w:lang w:val="fr-FR"/>
        </w:rPr>
      </w:pPr>
      <w:r w:rsidRPr="0031047E">
        <w:rPr>
          <w:lang w:val="fr-FR"/>
        </w:rPr>
        <w:t>____________________________________________________________________________________________</w:t>
      </w:r>
    </w:p>
    <w:p w:rsidR="00947973" w:rsidRPr="0031047E" w:rsidRDefault="001C282B">
      <w:pPr>
        <w:rPr>
          <w:lang w:val="fr-FR"/>
        </w:rPr>
      </w:pPr>
      <w:r w:rsidRPr="0031047E">
        <w:rPr>
          <w:lang w:val="fr-FR"/>
        </w:rPr>
        <w:t>____________________________________________________________________________________________</w:t>
      </w:r>
    </w:p>
    <w:p w:rsidR="00947973" w:rsidRPr="0031047E" w:rsidRDefault="001C282B">
      <w:pPr>
        <w:rPr>
          <w:lang w:val="fr-FR"/>
        </w:rPr>
      </w:pPr>
      <w:r w:rsidRPr="0031047E">
        <w:rPr>
          <w:lang w:val="fr-FR"/>
        </w:rPr>
        <w:t>____________________________________________________________________________________________</w:t>
      </w:r>
    </w:p>
    <w:p w:rsidR="00947973" w:rsidRPr="0031047E" w:rsidRDefault="00947973">
      <w:pPr>
        <w:rPr>
          <w:lang w:val="fr-FR"/>
        </w:rPr>
      </w:pPr>
    </w:p>
    <w:p w:rsidR="00947973" w:rsidRPr="0031047E" w:rsidRDefault="001C282B">
      <w:pPr>
        <w:pStyle w:val="Heading2"/>
        <w:pageBreakBefore/>
        <w:rPr>
          <w:lang w:val="fr-FR"/>
        </w:rPr>
      </w:pPr>
      <w:r w:rsidRPr="0031047E">
        <w:rPr>
          <w:lang w:val="fr-FR"/>
        </w:rPr>
        <w:lastRenderedPageBreak/>
        <w:t>SECTION J - DÉCLARATION DU CLIENT</w:t>
      </w:r>
    </w:p>
    <w:p w:rsidR="00947973" w:rsidRPr="0031047E" w:rsidRDefault="001C282B">
      <w:pPr>
        <w:rPr>
          <w:sz w:val="18"/>
          <w:highlight w:val="yellow"/>
          <w:lang w:val="fr-FR"/>
        </w:rPr>
      </w:pPr>
      <w:r w:rsidRPr="0031047E">
        <w:rPr>
          <w:sz w:val="18"/>
          <w:highlight w:val="yellow"/>
          <w:lang w:val="fr-FR"/>
        </w:rPr>
        <w:t>Je confirme que les renseignements fournis dans ce formulaire sont véridiques et complets au meilleur de ma connaissance. Je com</w:t>
      </w:r>
      <w:r w:rsidRPr="0031047E">
        <w:rPr>
          <w:sz w:val="18"/>
          <w:highlight w:val="yellow"/>
          <w:lang w:val="fr-FR"/>
        </w:rPr>
        <w:t>prends que ce formulaire sert uniquement à la collecte et à l’évaluation préliminaires. Il ne crée pas, à lui seul, une relation client et ne garantit pas qu’Integrity Travel &amp; Consulting acceptera mon dossier, préparera une demande ou obtiendra un visa, u</w:t>
      </w:r>
      <w:r w:rsidRPr="0031047E">
        <w:rPr>
          <w:sz w:val="18"/>
          <w:highlight w:val="yellow"/>
          <w:lang w:val="fr-FR"/>
        </w:rPr>
        <w:t>n permis, une admission, un emploi, une invitation ou tout autre résultat en matière d’immigration.</w:t>
      </w:r>
    </w:p>
    <w:p w:rsidR="006E2498" w:rsidRPr="0031047E" w:rsidRDefault="006E2498">
      <w:pPr>
        <w:rPr>
          <w:lang w:val="fr-FR"/>
        </w:rPr>
      </w:pPr>
      <w:r w:rsidRPr="0031047E">
        <w:rPr>
          <w:highlight w:val="yellow"/>
          <w:lang w:val="fr-FR"/>
        </w:rPr>
        <w:t>Integrity Travel &amp; Consulting peut demander des renseignements supplémentaires, définir la portée appropriée du service, confier les questions réglementées à un représentant autorisé ou refuser de donner suite lorsque les renseignements sont incomplets, incohérents, hors de notre champ d’intervention ou soulèvent des préoccupations juridiques ou professionnelles.</w:t>
      </w:r>
    </w:p>
    <w:tbl>
      <w:tblPr>
        <w:tblStyle w:val="TableGrid"/>
        <w:tblW w:w="0" w:type="auto"/>
        <w:jc w:val="center"/>
        <w:tblLook w:val="04A0" w:firstRow="1" w:lastRow="0" w:firstColumn="1" w:lastColumn="0" w:noHBand="0" w:noVBand="1"/>
      </w:tblPr>
      <w:tblGrid>
        <w:gridCol w:w="3168"/>
        <w:gridCol w:w="7056"/>
      </w:tblGrid>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Signature du client</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1C282B">
            <w:r>
              <w:rPr>
                <w:b/>
                <w:sz w:val="17"/>
              </w:rPr>
              <w:t>Date</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1C282B">
            <w:r>
              <w:rPr>
                <w:sz w:val="17"/>
              </w:rPr>
              <w:t>____ / ____ / _____</w:t>
            </w:r>
            <w:r>
              <w:rPr>
                <w:sz w:val="17"/>
              </w:rPr>
              <w:t>_</w:t>
            </w:r>
          </w:p>
        </w:tc>
      </w:tr>
    </w:tbl>
    <w:p w:rsidR="00B124B0" w:rsidRDefault="00B124B0"/>
    <w:sectPr w:rsidR="00B124B0" w:rsidSect="00034616">
      <w:footerReference w:type="default" r:id="rId8"/>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282B" w:rsidRDefault="001C282B">
      <w:pPr>
        <w:spacing w:after="0" w:line="240" w:lineRule="auto"/>
      </w:pPr>
      <w:r>
        <w:separator/>
      </w:r>
    </w:p>
  </w:endnote>
  <w:endnote w:type="continuationSeparator" w:id="0">
    <w:p w:rsidR="001C282B" w:rsidRDefault="001C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973" w:rsidRPr="0031047E" w:rsidRDefault="001C282B">
    <w:pPr>
      <w:pStyle w:val="Footer"/>
      <w:jc w:val="center"/>
    </w:pPr>
    <w:r w:rsidRPr="0031047E">
      <w:rPr>
        <w:color w:val="595959"/>
        <w:sz w:val="14"/>
      </w:rPr>
      <w:t>Email: info@integritytravl.com | WhatsApp: +</w:t>
    </w:r>
    <w:r w:rsidR="0031047E">
      <w:rPr>
        <w:color w:val="595959"/>
        <w:sz w:val="14"/>
      </w:rPr>
      <w:t>1 825 925 5069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282B" w:rsidRDefault="001C282B">
      <w:pPr>
        <w:spacing w:after="0" w:line="240" w:lineRule="auto"/>
      </w:pPr>
      <w:r>
        <w:separator/>
      </w:r>
    </w:p>
  </w:footnote>
  <w:footnote w:type="continuationSeparator" w:id="0">
    <w:p w:rsidR="001C282B" w:rsidRDefault="001C28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00C8"/>
    <w:rsid w:val="001C282B"/>
    <w:rsid w:val="002172DC"/>
    <w:rsid w:val="0029639D"/>
    <w:rsid w:val="0031047E"/>
    <w:rsid w:val="00326F90"/>
    <w:rsid w:val="005B06E7"/>
    <w:rsid w:val="005E166B"/>
    <w:rsid w:val="006E2498"/>
    <w:rsid w:val="007715E3"/>
    <w:rsid w:val="007928FA"/>
    <w:rsid w:val="007A4316"/>
    <w:rsid w:val="00947973"/>
    <w:rsid w:val="009D4FBC"/>
    <w:rsid w:val="009E4569"/>
    <w:rsid w:val="00A560F9"/>
    <w:rsid w:val="00AA1D8D"/>
    <w:rsid w:val="00B124B0"/>
    <w:rsid w:val="00B47730"/>
    <w:rsid w:val="00CB0664"/>
    <w:rsid w:val="00CB1FD1"/>
    <w:rsid w:val="00DD521F"/>
    <w:rsid w:val="00E070FB"/>
    <w:rsid w:val="00F552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1147C65-864C-437D-A390-D45D23B9C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Calibri" w:eastAsia="Calibri" w:hAnsi="Calibri"/>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0404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3EB9C-567A-48AA-B5F3-19C51ADD2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5</Pages>
  <Words>1147</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Keelz Tee</cp:lastModifiedBy>
  <cp:revision>9</cp:revision>
  <dcterms:created xsi:type="dcterms:W3CDTF">2013-12-23T23:15:00Z</dcterms:created>
  <dcterms:modified xsi:type="dcterms:W3CDTF">2026-08-16T18:54:00Z</dcterms:modified>
  <cp:category/>
</cp:coreProperties>
</file>