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4A0" w:firstRow="1" w:lastRow="0" w:firstColumn="1" w:lastColumn="0" w:noHBand="0" w:noVBand="1"/>
      </w:tblPr>
      <w:tblGrid>
        <w:gridCol w:w="6516"/>
        <w:gridCol w:w="3564"/>
      </w:tblGrid>
      <w:tr w:rsidR="00947973" w:rsidTr="00E070FB">
        <w:trPr>
          <w:jc w:val="center"/>
        </w:trPr>
        <w:tc>
          <w:tcPr>
            <w:tcW w:w="6516" w:type="dxa"/>
            <w:tcBorders>
              <w:top w:val="single" w:sz="6" w:space="0" w:color="FFFFFF"/>
              <w:left w:val="single" w:sz="6" w:space="0" w:color="FFFFFF"/>
              <w:bottom w:val="single" w:sz="6" w:space="0" w:color="FFFFFF"/>
              <w:right w:val="single" w:sz="6" w:space="0" w:color="FFFFFF"/>
            </w:tcBorders>
            <w:shd w:val="clear" w:color="auto" w:fill="1F4E79"/>
            <w:vAlign w:val="center"/>
          </w:tcPr>
          <w:p w:rsidR="00A560F9" w:rsidRDefault="00E070FB" w:rsidP="00A560F9">
            <w:pPr>
              <w:spacing w:after="0"/>
              <w:jc w:val="center"/>
              <w:rPr>
                <w:b/>
                <w:color w:val="FFFFFF"/>
                <w:sz w:val="36"/>
              </w:rPr>
            </w:pPr>
            <w:r>
              <w:rPr>
                <w:b/>
                <w:color w:val="FFFFFF"/>
                <w:sz w:val="36"/>
              </w:rPr>
              <w:t>INTEGRITY TRAVEL &amp; CONSULTING</w:t>
            </w:r>
          </w:p>
          <w:p w:rsidR="00947973" w:rsidRDefault="007E65FD" w:rsidP="00A560F9">
            <w:pPr>
              <w:spacing w:after="0"/>
              <w:jc w:val="center"/>
            </w:pPr>
            <w:r>
              <w:rPr>
                <w:b/>
                <w:color w:val="FFFFFF"/>
                <w:sz w:val="36"/>
              </w:rPr>
              <w:br/>
              <w:t>INTAKE EVALUATION FORM</w:t>
            </w:r>
          </w:p>
        </w:tc>
        <w:tc>
          <w:tcPr>
            <w:tcW w:w="3564" w:type="dxa"/>
            <w:tcBorders>
              <w:top w:val="single" w:sz="6" w:space="0" w:color="FFFFFF"/>
              <w:left w:val="single" w:sz="6" w:space="0" w:color="FFFFFF"/>
              <w:bottom w:val="single" w:sz="6" w:space="0" w:color="FFFFFF"/>
              <w:right w:val="single" w:sz="6" w:space="0" w:color="FFFFFF"/>
            </w:tcBorders>
            <w:shd w:val="clear" w:color="auto" w:fill="D9EAF7"/>
            <w:vAlign w:val="center"/>
          </w:tcPr>
          <w:p w:rsidR="00947973" w:rsidRDefault="007E65FD">
            <w:pPr>
              <w:spacing w:after="0"/>
              <w:rPr>
                <w:b/>
                <w:color w:val="1F4E79"/>
                <w:sz w:val="17"/>
              </w:rPr>
            </w:pPr>
            <w:r>
              <w:rPr>
                <w:b/>
                <w:color w:val="1F4E79"/>
                <w:sz w:val="17"/>
              </w:rPr>
              <w:t>For internal assessment and client follow-up</w:t>
            </w:r>
            <w:r>
              <w:rPr>
                <w:b/>
                <w:color w:val="1F4E79"/>
                <w:sz w:val="17"/>
              </w:rPr>
              <w:br/>
            </w:r>
            <w:r>
              <w:rPr>
                <w:b/>
                <w:color w:val="1F4E79"/>
                <w:sz w:val="17"/>
              </w:rPr>
              <w:br/>
              <w:t>Date: ____ / ____ / ______</w:t>
            </w:r>
          </w:p>
          <w:p w:rsidR="00DD521F" w:rsidRDefault="00DD521F">
            <w:pPr>
              <w:spacing w:after="0"/>
            </w:pPr>
            <w:r>
              <w:t xml:space="preserve">          MM   DD      YYYY</w:t>
            </w:r>
          </w:p>
        </w:tc>
      </w:tr>
    </w:tbl>
    <w:p w:rsidR="00DD521F" w:rsidRPr="00DD521F" w:rsidRDefault="007E65FD">
      <w:pPr>
        <w:rPr>
          <w:sz w:val="18"/>
        </w:rPr>
      </w:pPr>
      <w:r>
        <w:rPr>
          <w:b/>
          <w:sz w:val="17"/>
        </w:rPr>
        <w:t xml:space="preserve">Purpose: </w:t>
      </w:r>
      <w:r>
        <w:rPr>
          <w:sz w:val="17"/>
        </w:rPr>
        <w:t xml:space="preserve">This form is for preliminary intake and follow-up. Complete it truthfully. Where Canadian </w:t>
      </w:r>
      <w:r>
        <w:rPr>
          <w:sz w:val="17"/>
        </w:rPr>
        <w:t>immigration advice or representation is required, an authorized representative must review your matter. It does not determine eligibility or guarantee an outcome. Return it only using the secure method provided by our team.</w:t>
      </w:r>
    </w:p>
    <w:p w:rsidR="00947973" w:rsidRDefault="007E65FD">
      <w:pPr>
        <w:pStyle w:val="Heading2"/>
      </w:pPr>
      <w:r>
        <w:t>SECTION A - CLIENT IDENTIFICATIO</w:t>
      </w:r>
      <w:r>
        <w:t>N</w:t>
      </w:r>
    </w:p>
    <w:tbl>
      <w:tblPr>
        <w:tblStyle w:val="TableGrid"/>
        <w:tblW w:w="0" w:type="auto"/>
        <w:jc w:val="center"/>
        <w:tblLook w:val="04A0" w:firstRow="1" w:lastRow="0" w:firstColumn="1" w:lastColumn="0" w:noHBand="0" w:noVBand="1"/>
      </w:tblPr>
      <w:tblGrid>
        <w:gridCol w:w="3168"/>
        <w:gridCol w:w="7056"/>
      </w:tblGrid>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DD521F">
            <w:r>
              <w:rPr>
                <w:b/>
              </w:rPr>
              <w:t>First Name (Given Name)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DD521F">
            <w:r>
              <w:t>Last Name (Surname)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Phon</w:t>
            </w:r>
            <w:r w:rsidR="00DD521F">
              <w:rPr>
                <w:b/>
                <w:sz w:val="17"/>
              </w:rPr>
              <w:t>e Number</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DD521F">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DD521F" w:rsidRDefault="00DD521F">
            <w:pPr>
              <w:rPr>
                <w:b/>
                <w:sz w:val="17"/>
              </w:rPr>
            </w:pPr>
            <w:r>
              <w:rPr>
                <w:b/>
                <w:sz w:val="17"/>
              </w:rPr>
              <w:t>WhatsApp</w:t>
            </w:r>
          </w:p>
        </w:tc>
        <w:tc>
          <w:tcPr>
            <w:tcW w:w="7056" w:type="dxa"/>
            <w:tcBorders>
              <w:top w:val="single" w:sz="6" w:space="0" w:color="D9E2F3"/>
              <w:left w:val="single" w:sz="6" w:space="0" w:color="D9E2F3"/>
              <w:bottom w:val="single" w:sz="6" w:space="0" w:color="D9E2F3"/>
              <w:right w:val="single" w:sz="6" w:space="0" w:color="D9E2F3"/>
            </w:tcBorders>
            <w:vAlign w:val="center"/>
          </w:tcPr>
          <w:p w:rsidR="00DD521F" w:rsidRDefault="00DD521F"/>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Email address</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Current country of residence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City/Town</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Country of citizenship</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715E3">
            <w:r>
              <w:rPr>
                <w:b/>
                <w:sz w:val="17"/>
              </w:rPr>
              <w:t>Do you have a valid passport?</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bl>
    <w:p w:rsidR="00947973" w:rsidRDefault="007E65FD">
      <w:pPr>
        <w:pStyle w:val="Heading2"/>
      </w:pPr>
      <w:r>
        <w:t>SECTION B - PURPOSE OF TRAVEL OR IMMIGRATION</w:t>
      </w:r>
    </w:p>
    <w:p w:rsidR="00947973" w:rsidRDefault="007E65FD">
      <w:pPr>
        <w:spacing w:before="40" w:after="40"/>
      </w:pPr>
      <w:r>
        <w:rPr>
          <w:b/>
        </w:rPr>
        <w:t>1. Wh</w:t>
      </w:r>
      <w:r w:rsidR="007715E3">
        <w:rPr>
          <w:b/>
        </w:rPr>
        <w:t xml:space="preserve">y do you want to travel to </w:t>
      </w:r>
      <w:r>
        <w:rPr>
          <w:b/>
        </w:rPr>
        <w:t>Canada?</w:t>
      </w:r>
      <w:r w:rsidR="007715E3">
        <w:rPr>
          <w:b/>
        </w:rPr>
        <w:t xml:space="preserve"> (Select all that apply)</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Visit / Tourism</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Study</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Work</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Join family</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Move permanently</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Transit only</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Start or buy a business</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715E3">
            <w:pPr>
              <w:spacing w:after="0"/>
            </w:pPr>
            <w:r>
              <w:rPr>
                <w:sz w:val="17"/>
              </w:rPr>
              <w:t>☐ Family reunification</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7715E3" w:rsidRDefault="007715E3">
            <w:pPr>
              <w:spacing w:after="0"/>
              <w:rPr>
                <w:sz w:val="17"/>
              </w:rPr>
            </w:pPr>
            <w:r>
              <w:rPr>
                <w:sz w:val="17"/>
              </w:rPr>
              <w:t>☐ Other: __________________ Please specify ___________________</w:t>
            </w:r>
          </w:p>
          <w:p w:rsidR="007715E3" w:rsidRDefault="007715E3">
            <w:pPr>
              <w:spacing w:after="0"/>
            </w:pPr>
          </w:p>
          <w:p w:rsidR="007715E3" w:rsidRDefault="007715E3" w:rsidP="007715E3">
            <w:pPr>
              <w:spacing w:before="40" w:after="40"/>
            </w:pPr>
            <w:r>
              <w:rPr>
                <w:b/>
              </w:rPr>
              <w:t>2. How long do you plan to stay in Canada?</w:t>
            </w:r>
          </w:p>
          <w:tbl>
            <w:tblPr>
              <w:tblW w:w="0" w:type="auto"/>
              <w:tblLook w:val="04A0" w:firstRow="1" w:lastRow="0" w:firstColumn="1" w:lastColumn="0" w:noHBand="0" w:noVBand="1"/>
            </w:tblPr>
            <w:tblGrid>
              <w:gridCol w:w="1893"/>
              <w:gridCol w:w="1652"/>
              <w:gridCol w:w="1551"/>
            </w:tblGrid>
            <w:tr w:rsidR="007715E3" w:rsidTr="002A21E7">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Less than 6 months</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6 months to 1 year</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More than 1 year</w:t>
                  </w:r>
                </w:p>
              </w:tc>
            </w:tr>
            <w:tr w:rsidR="007715E3" w:rsidTr="002A21E7">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Permanently</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r>
                    <w:rPr>
                      <w:sz w:val="17"/>
                    </w:rPr>
                    <w:t>☐ Not sure yet</w:t>
                  </w:r>
                </w:p>
              </w:tc>
              <w:tc>
                <w:tcPr>
                  <w:tcW w:w="3552" w:type="dxa"/>
                  <w:tcBorders>
                    <w:top w:val="single" w:sz="6" w:space="0" w:color="FFFFFF"/>
                    <w:left w:val="single" w:sz="6" w:space="0" w:color="FFFFFF"/>
                    <w:bottom w:val="single" w:sz="6" w:space="0" w:color="FFFFFF"/>
                    <w:right w:val="single" w:sz="6" w:space="0" w:color="FFFFFF"/>
                  </w:tcBorders>
                  <w:vAlign w:val="center"/>
                </w:tcPr>
                <w:p w:rsidR="007715E3" w:rsidRDefault="007715E3" w:rsidP="007715E3">
                  <w:pPr>
                    <w:spacing w:after="0"/>
                  </w:pPr>
                </w:p>
              </w:tc>
            </w:tr>
          </w:tbl>
          <w:p w:rsidR="007715E3" w:rsidRDefault="007715E3">
            <w:pPr>
              <w:spacing w:after="0"/>
            </w:pP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rPr>
                <w:sz w:val="17"/>
              </w:rPr>
            </w:pPr>
            <w:r>
              <w:rPr>
                <w:sz w:val="17"/>
              </w:rPr>
              <w:t>☐</w:t>
            </w:r>
            <w:r>
              <w:rPr>
                <w:sz w:val="17"/>
              </w:rPr>
              <w:t xml:space="preserve"> Other: __________________</w:t>
            </w:r>
          </w:p>
          <w:p w:rsidR="007715E3" w:rsidRDefault="007715E3">
            <w:pPr>
              <w:spacing w:after="0"/>
            </w:pPr>
          </w:p>
        </w:tc>
      </w:tr>
    </w:tbl>
    <w:tbl>
      <w:tblPr>
        <w:tblStyle w:val="TableGrid"/>
        <w:tblW w:w="0" w:type="auto"/>
        <w:jc w:val="center"/>
        <w:tblLook w:val="04A0" w:firstRow="1" w:lastRow="0" w:firstColumn="1" w:lastColumn="0" w:noHBand="0" w:noVBand="1"/>
      </w:tblPr>
      <w:tblGrid>
        <w:gridCol w:w="3600"/>
        <w:gridCol w:w="6624"/>
      </w:tblGrid>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Have you visited Canada before?</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Yes    ☐ No    If yes, when? ______________________</w:t>
            </w:r>
          </w:p>
        </w:tc>
      </w:tr>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 xml:space="preserve">Have you ever applied to </w:t>
            </w:r>
            <w:r w:rsidR="009D4FBC">
              <w:rPr>
                <w:b/>
                <w:sz w:val="17"/>
              </w:rPr>
              <w:t xml:space="preserve">travel to </w:t>
            </w:r>
            <w:r>
              <w:rPr>
                <w:b/>
                <w:sz w:val="17"/>
              </w:rPr>
              <w:t>Canada before?</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Yes    ☐ No    If yes, give details below.</w:t>
            </w:r>
          </w:p>
        </w:tc>
      </w:tr>
    </w:tbl>
    <w:p w:rsidR="00947973" w:rsidRDefault="007E65FD">
      <w:r>
        <w:t>Previous Canada application details: _________________________________________________________________</w:t>
      </w:r>
      <w:r w:rsidR="009D4FBC">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47973" w:rsidRDefault="007E65FD">
      <w:pPr>
        <w:pStyle w:val="Heading2"/>
      </w:pPr>
      <w:r>
        <w:t>SECTION C - PERSONAL AND FAMILY INFORMATION</w:t>
      </w:r>
    </w:p>
    <w:tbl>
      <w:tblPr>
        <w:tblStyle w:val="TableGrid"/>
        <w:tblW w:w="0" w:type="auto"/>
        <w:jc w:val="center"/>
        <w:tblLook w:val="04A0" w:firstRow="1" w:lastRow="0" w:firstColumn="1" w:lastColumn="0" w:noHBand="0" w:noVBand="1"/>
      </w:tblPr>
      <w:tblGrid>
        <w:gridCol w:w="3600"/>
        <w:gridCol w:w="6624"/>
      </w:tblGrid>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Date of birth</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Year ________   Month ________   Day ________</w:t>
            </w:r>
          </w:p>
        </w:tc>
      </w:tr>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Marital status</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Single   ☐ Married   ☐ Common-law   ☐ Divorced   ☐ Separated   ☐ Widowed</w:t>
            </w:r>
          </w:p>
        </w:tc>
      </w:tr>
      <w:tr w:rsidR="009D4FBC">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D4FBC" w:rsidRPr="009D4FBC" w:rsidRDefault="009D4FBC">
            <w:pPr>
              <w:rPr>
                <w:b/>
                <w:i/>
                <w:iCs/>
                <w:sz w:val="17"/>
                <w:highlight w:val="darkGray"/>
              </w:rPr>
            </w:pPr>
            <w:r w:rsidRPr="009D4FBC">
              <w:rPr>
                <w:b/>
                <w:i/>
                <w:iCs/>
                <w:sz w:val="17"/>
                <w:highlight w:val="darkGray"/>
              </w:rPr>
              <w:t>If married or in common-law:</w:t>
            </w:r>
          </w:p>
        </w:tc>
        <w:tc>
          <w:tcPr>
            <w:tcW w:w="6624" w:type="dxa"/>
            <w:tcBorders>
              <w:top w:val="single" w:sz="6" w:space="0" w:color="D9E2F3"/>
              <w:left w:val="single" w:sz="6" w:space="0" w:color="D9E2F3"/>
              <w:bottom w:val="single" w:sz="6" w:space="0" w:color="D9E2F3"/>
              <w:right w:val="single" w:sz="6" w:space="0" w:color="D9E2F3"/>
            </w:tcBorders>
            <w:vAlign w:val="center"/>
          </w:tcPr>
          <w:p w:rsidR="009D4FBC" w:rsidRDefault="009D4FBC">
            <w:pPr>
              <w:rPr>
                <w:sz w:val="17"/>
              </w:rPr>
            </w:pPr>
          </w:p>
        </w:tc>
      </w:tr>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Spouse/partne</w:t>
            </w:r>
            <w:r>
              <w:rPr>
                <w:b/>
                <w:sz w:val="17"/>
              </w:rPr>
              <w:t>r full name</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Spouse/partner date of birth</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Year ________   Month ________   Day ________</w:t>
            </w:r>
          </w:p>
        </w:tc>
      </w:tr>
      <w:tr w:rsidR="00947973">
        <w:trPr>
          <w:jc w:val="center"/>
        </w:trPr>
        <w:tc>
          <w:tcPr>
            <w:tcW w:w="3600"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Will your spouse/partner come with you?</w:t>
            </w:r>
          </w:p>
        </w:tc>
        <w:tc>
          <w:tcPr>
            <w:tcW w:w="6624"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Yes   ☐ No   ☐ Not sure</w:t>
            </w:r>
          </w:p>
        </w:tc>
      </w:tr>
    </w:tbl>
    <w:p w:rsidR="00947973" w:rsidRDefault="007E65FD">
      <w:r>
        <w:rPr>
          <w:b/>
        </w:rPr>
        <w:t xml:space="preserve">Children / </w:t>
      </w:r>
      <w:proofErr w:type="spellStart"/>
      <w:r>
        <w:rPr>
          <w:b/>
        </w:rPr>
        <w:t>Dependants</w:t>
      </w:r>
      <w:proofErr w:type="spellEnd"/>
    </w:p>
    <w:tbl>
      <w:tblPr>
        <w:tblStyle w:val="TableGrid"/>
        <w:tblW w:w="0" w:type="auto"/>
        <w:tblLook w:val="04A0" w:firstRow="1" w:lastRow="0" w:firstColumn="1" w:lastColumn="0" w:noHBand="0" w:noVBand="1"/>
      </w:tblPr>
      <w:tblGrid>
        <w:gridCol w:w="2131"/>
        <w:gridCol w:w="2131"/>
        <w:gridCol w:w="2131"/>
        <w:gridCol w:w="2131"/>
        <w:gridCol w:w="2131"/>
      </w:tblGrid>
      <w:tr w:rsidR="00947973">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Full name</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Age</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Relationship</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Coming to Canada?</w:t>
            </w:r>
          </w:p>
        </w:tc>
        <w:tc>
          <w:tcPr>
            <w:tcW w:w="2131"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Passport?</w:t>
            </w:r>
          </w:p>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2131"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bl>
    <w:p w:rsidR="00947973" w:rsidRDefault="007E65FD">
      <w:pPr>
        <w:pStyle w:val="Heading2"/>
      </w:pPr>
      <w:r>
        <w:lastRenderedPageBreak/>
        <w:t>SECTION D - EDUCATION AND LANGUAGE PROFILE</w:t>
      </w:r>
    </w:p>
    <w:p w:rsidR="00947973" w:rsidRDefault="007E65FD">
      <w:pPr>
        <w:spacing w:before="40" w:after="40"/>
      </w:pPr>
      <w:r>
        <w:rPr>
          <w:b/>
        </w:rPr>
        <w:t>1. Highest level of education completed:</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F55292" w:rsidRDefault="00F55292">
            <w:pPr>
              <w:spacing w:after="0"/>
              <w:rPr>
                <w:sz w:val="17"/>
              </w:rPr>
            </w:pPr>
          </w:p>
          <w:p w:rsidR="00F55292" w:rsidRDefault="007E65FD">
            <w:pPr>
              <w:spacing w:after="0"/>
              <w:rPr>
                <w:sz w:val="17"/>
              </w:rPr>
            </w:pPr>
            <w:r>
              <w:rPr>
                <w:sz w:val="17"/>
              </w:rPr>
              <w:t>☐</w:t>
            </w:r>
            <w:r>
              <w:rPr>
                <w:sz w:val="17"/>
              </w:rPr>
              <w:t xml:space="preserve"> </w:t>
            </w:r>
            <w:r w:rsidR="00F55292">
              <w:rPr>
                <w:sz w:val="17"/>
              </w:rPr>
              <w:t>First School Leaving Certificate or less</w:t>
            </w:r>
          </w:p>
          <w:p w:rsidR="00947973" w:rsidRPr="00F55292" w:rsidRDefault="00F55292">
            <w:pPr>
              <w:spacing w:after="0"/>
              <w:rPr>
                <w:sz w:val="17"/>
              </w:rPr>
            </w:pPr>
            <w:r>
              <w:rPr>
                <w:sz w:val="17"/>
              </w:rPr>
              <w:t xml:space="preserve">☐ </w:t>
            </w:r>
            <w:r w:rsidR="009D4FBC">
              <w:rPr>
                <w:sz w:val="17"/>
              </w:rPr>
              <w:t>GCE O/L</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rPr>
                <w:sz w:val="17"/>
              </w:rPr>
            </w:pPr>
            <w:r>
              <w:rPr>
                <w:sz w:val="17"/>
              </w:rPr>
              <w:t>☐</w:t>
            </w:r>
            <w:r>
              <w:rPr>
                <w:sz w:val="17"/>
              </w:rPr>
              <w:t xml:space="preserve"> </w:t>
            </w:r>
            <w:r w:rsidR="009D4FBC">
              <w:rPr>
                <w:sz w:val="17"/>
              </w:rPr>
              <w:t>Master’s Degree</w:t>
            </w:r>
          </w:p>
          <w:p w:rsidR="00F55292" w:rsidRDefault="00F55292">
            <w:pPr>
              <w:spacing w:after="0"/>
            </w:pPr>
            <w:r>
              <w:rPr>
                <w:sz w:val="17"/>
              </w:rPr>
              <w:t>☐ Doctoral Degree (PhD)</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w:t>
            </w:r>
            <w:r w:rsidR="009D4FBC">
              <w:rPr>
                <w:sz w:val="17"/>
              </w:rPr>
              <w:t>GCE A/L</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w:t>
            </w:r>
            <w:r w:rsidR="009D4FBC">
              <w:rPr>
                <w:sz w:val="17"/>
              </w:rPr>
              <w:t>HND</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bl>
    <w:tbl>
      <w:tblPr>
        <w:tblStyle w:val="TableGrid"/>
        <w:tblW w:w="0" w:type="auto"/>
        <w:jc w:val="center"/>
        <w:tblLook w:val="04A0" w:firstRow="1" w:lastRow="0" w:firstColumn="1" w:lastColumn="0" w:noHBand="0" w:noVBand="1"/>
      </w:tblPr>
      <w:tblGrid>
        <w:gridCol w:w="3888"/>
        <w:gridCol w:w="6336"/>
      </w:tblGrid>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Field of study / specialization</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 xml:space="preserve">Name of school / </w:t>
            </w:r>
            <w:r>
              <w:rPr>
                <w:b/>
                <w:sz w:val="17"/>
              </w:rPr>
              <w:t>institution</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Country of study</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Year completed</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Have you completed an Educational Credential Assessment (ECA)?</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Yes   ☐ No   ☐ In progress   ☐ Not sure</w:t>
            </w:r>
          </w:p>
        </w:tc>
      </w:tr>
      <w:tr w:rsidR="00947973">
        <w:trPr>
          <w:jc w:val="center"/>
        </w:trPr>
        <w:tc>
          <w:tcPr>
            <w:tcW w:w="388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ECA organization, if applicable</w:t>
            </w:r>
          </w:p>
        </w:tc>
        <w:tc>
          <w:tcPr>
            <w:tcW w:w="6336"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WES   ☐ IQAS   ☐ ICES   ☐ CES   ☐ Other: _____________</w:t>
            </w:r>
            <w:r w:rsidR="00F55292">
              <w:rPr>
                <w:sz w:val="17"/>
              </w:rPr>
              <w:t xml:space="preserve"> Please specify __________</w:t>
            </w:r>
          </w:p>
        </w:tc>
      </w:tr>
    </w:tbl>
    <w:p w:rsidR="00947973" w:rsidRDefault="007E65FD">
      <w:pPr>
        <w:spacing w:before="40" w:after="40"/>
      </w:pPr>
      <w:r>
        <w:rPr>
          <w:b/>
        </w:rPr>
        <w:t>2. First official language:</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English</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French</w:t>
            </w:r>
          </w:p>
        </w:tc>
      </w:tr>
    </w:tbl>
    <w:p w:rsidR="00947973" w:rsidRDefault="007E65FD">
      <w:pPr>
        <w:spacing w:before="40" w:after="40"/>
      </w:pPr>
      <w:r>
        <w:rPr>
          <w:b/>
        </w:rPr>
        <w:t>3. Other official language ability:</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rPr>
                <w:sz w:val="17"/>
              </w:rPr>
            </w:pPr>
            <w:r>
              <w:rPr>
                <w:sz w:val="17"/>
              </w:rPr>
              <w:t>☐</w:t>
            </w:r>
            <w:r>
              <w:rPr>
                <w:sz w:val="17"/>
              </w:rPr>
              <w:t xml:space="preserve"> English</w:t>
            </w:r>
          </w:p>
          <w:p w:rsidR="007928FA" w:rsidRDefault="007928FA">
            <w:pPr>
              <w:spacing w:after="0"/>
              <w:rPr>
                <w:sz w:val="17"/>
              </w:rPr>
            </w:pPr>
          </w:p>
          <w:p w:rsidR="007A4316" w:rsidRDefault="007A4316">
            <w:pPr>
              <w:spacing w:after="0"/>
            </w:pP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rPr>
                <w:sz w:val="17"/>
              </w:rPr>
            </w:pPr>
            <w:r>
              <w:rPr>
                <w:sz w:val="17"/>
              </w:rPr>
              <w:t>☐</w:t>
            </w:r>
            <w:r>
              <w:rPr>
                <w:sz w:val="17"/>
              </w:rPr>
              <w:t xml:space="preserve"> French</w:t>
            </w:r>
          </w:p>
          <w:p w:rsidR="007928FA" w:rsidRDefault="007928FA">
            <w:pPr>
              <w:spacing w:after="0"/>
              <w:rPr>
                <w:sz w:val="17"/>
              </w:rPr>
            </w:pPr>
          </w:p>
          <w:p w:rsidR="007A4316" w:rsidRDefault="007A4316">
            <w:pPr>
              <w:spacing w:after="0"/>
            </w:pP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928FA">
            <w:pPr>
              <w:spacing w:after="0"/>
              <w:rPr>
                <w:sz w:val="17"/>
              </w:rPr>
            </w:pPr>
            <w:r>
              <w:rPr>
                <w:sz w:val="17"/>
              </w:rPr>
              <w:t>☐ None</w:t>
            </w:r>
          </w:p>
          <w:p w:rsidR="007A4316" w:rsidRDefault="007A4316">
            <w:pPr>
              <w:spacing w:after="0"/>
              <w:rPr>
                <w:sz w:val="17"/>
              </w:rPr>
            </w:pPr>
          </w:p>
          <w:p w:rsidR="007A4316" w:rsidRDefault="007A4316">
            <w:pPr>
              <w:spacing w:after="0"/>
            </w:pPr>
          </w:p>
        </w:tc>
      </w:tr>
    </w:tbl>
    <w:tbl>
      <w:tblPr>
        <w:tblStyle w:val="TableGrid"/>
        <w:tblW w:w="0" w:type="auto"/>
        <w:tblLook w:val="04A0" w:firstRow="1" w:lastRow="0" w:firstColumn="1" w:lastColumn="0" w:noHBand="0" w:noVBand="1"/>
      </w:tblPr>
      <w:tblGrid>
        <w:gridCol w:w="1322"/>
        <w:gridCol w:w="1054"/>
        <w:gridCol w:w="1503"/>
        <w:gridCol w:w="1758"/>
        <w:gridCol w:w="2126"/>
        <w:gridCol w:w="2693"/>
      </w:tblGrid>
      <w:tr w:rsidR="007928FA" w:rsidTr="007928FA">
        <w:tc>
          <w:tcPr>
            <w:tcW w:w="1322"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Language test</w:t>
            </w:r>
          </w:p>
        </w:tc>
        <w:tc>
          <w:tcPr>
            <w:tcW w:w="1054"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Listening</w:t>
            </w:r>
          </w:p>
        </w:tc>
        <w:tc>
          <w:tcPr>
            <w:tcW w:w="1503"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Reading</w:t>
            </w:r>
          </w:p>
        </w:tc>
        <w:tc>
          <w:tcPr>
            <w:tcW w:w="1758"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Writing</w:t>
            </w:r>
          </w:p>
        </w:tc>
        <w:tc>
          <w:tcPr>
            <w:tcW w:w="212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7928FA" w:rsidRDefault="007928FA">
            <w:r>
              <w:rPr>
                <w:b/>
                <w:color w:val="FFFFFF"/>
                <w:sz w:val="17"/>
              </w:rPr>
              <w:t>Speaking</w:t>
            </w:r>
          </w:p>
        </w:tc>
        <w:tc>
          <w:tcPr>
            <w:tcW w:w="2693" w:type="dxa"/>
            <w:tcBorders>
              <w:top w:val="single" w:sz="6" w:space="0" w:color="D9E2F3"/>
              <w:left w:val="single" w:sz="6" w:space="0" w:color="D9E2F3"/>
              <w:bottom w:val="single" w:sz="6" w:space="0" w:color="D9E2F3"/>
              <w:right w:val="single" w:sz="6" w:space="0" w:color="D9E2F3"/>
            </w:tcBorders>
            <w:shd w:val="clear" w:color="auto" w:fill="1F4E79"/>
          </w:tcPr>
          <w:p w:rsidR="007928FA" w:rsidRDefault="007928FA">
            <w:pPr>
              <w:rPr>
                <w:b/>
                <w:color w:val="FFFFFF"/>
                <w:sz w:val="17"/>
              </w:rPr>
            </w:pPr>
            <w:r>
              <w:rPr>
                <w:b/>
                <w:color w:val="FFFFFF"/>
                <w:sz w:val="17"/>
              </w:rPr>
              <w:t>Date</w:t>
            </w:r>
          </w:p>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r>
              <w:rPr>
                <w:b/>
                <w:sz w:val="17"/>
              </w:rPr>
              <w:t>IELTS</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pPr>
              <w:rPr>
                <w:b/>
                <w:sz w:val="17"/>
              </w:rPr>
            </w:pPr>
            <w:r>
              <w:rPr>
                <w:b/>
                <w:sz w:val="17"/>
              </w:rPr>
              <w:t>TCF/TEF</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pPr>
              <w:rPr>
                <w:b/>
                <w:sz w:val="17"/>
              </w:rPr>
            </w:pPr>
            <w:r>
              <w:rPr>
                <w:b/>
                <w:sz w:val="17"/>
              </w:rPr>
              <w:t>CELPIP</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r w:rsidR="007928FA" w:rsidTr="007928FA">
        <w:tc>
          <w:tcPr>
            <w:tcW w:w="1322" w:type="dxa"/>
            <w:tcBorders>
              <w:top w:val="single" w:sz="6" w:space="0" w:color="D9E2F3"/>
              <w:left w:val="single" w:sz="6" w:space="0" w:color="D9E2F3"/>
              <w:bottom w:val="single" w:sz="6" w:space="0" w:color="D9E2F3"/>
              <w:right w:val="single" w:sz="6" w:space="0" w:color="D9E2F3"/>
            </w:tcBorders>
            <w:vAlign w:val="center"/>
          </w:tcPr>
          <w:p w:rsidR="007928FA" w:rsidRDefault="007928FA">
            <w:pPr>
              <w:rPr>
                <w:b/>
                <w:sz w:val="17"/>
              </w:rPr>
            </w:pPr>
            <w:r>
              <w:rPr>
                <w:b/>
                <w:sz w:val="17"/>
              </w:rPr>
              <w:t>PTE Core</w:t>
            </w:r>
          </w:p>
        </w:tc>
        <w:tc>
          <w:tcPr>
            <w:tcW w:w="1054"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503"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1758"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126" w:type="dxa"/>
            <w:tcBorders>
              <w:top w:val="single" w:sz="6" w:space="0" w:color="D9E2F3"/>
              <w:left w:val="single" w:sz="6" w:space="0" w:color="D9E2F3"/>
              <w:bottom w:val="single" w:sz="6" w:space="0" w:color="D9E2F3"/>
              <w:right w:val="single" w:sz="6" w:space="0" w:color="D9E2F3"/>
            </w:tcBorders>
            <w:vAlign w:val="center"/>
          </w:tcPr>
          <w:p w:rsidR="007928FA" w:rsidRDefault="007928FA"/>
        </w:tc>
        <w:tc>
          <w:tcPr>
            <w:tcW w:w="2693" w:type="dxa"/>
            <w:tcBorders>
              <w:top w:val="single" w:sz="6" w:space="0" w:color="D9E2F3"/>
              <w:left w:val="single" w:sz="6" w:space="0" w:color="D9E2F3"/>
              <w:bottom w:val="single" w:sz="6" w:space="0" w:color="D9E2F3"/>
              <w:right w:val="single" w:sz="6" w:space="0" w:color="D9E2F3"/>
            </w:tcBorders>
          </w:tcPr>
          <w:p w:rsidR="007928FA" w:rsidRDefault="007928FA"/>
        </w:tc>
      </w:tr>
    </w:tbl>
    <w:p w:rsidR="00947973" w:rsidRDefault="007E65FD">
      <w:pPr>
        <w:pStyle w:val="Heading2"/>
      </w:pPr>
      <w:r>
        <w:t xml:space="preserve">SECTION E - </w:t>
      </w:r>
      <w:r>
        <w:t>WORK EXPERIENCE</w:t>
      </w:r>
    </w:p>
    <w:tbl>
      <w:tblPr>
        <w:tblStyle w:val="TableGrid"/>
        <w:tblW w:w="0" w:type="auto"/>
        <w:tblLook w:val="04A0" w:firstRow="1" w:lastRow="0" w:firstColumn="1" w:lastColumn="0" w:noHBand="0" w:noVBand="1"/>
      </w:tblPr>
      <w:tblGrid>
        <w:gridCol w:w="1776"/>
        <w:gridCol w:w="1776"/>
        <w:gridCol w:w="1776"/>
        <w:gridCol w:w="1776"/>
        <w:gridCol w:w="1776"/>
        <w:gridCol w:w="1776"/>
      </w:tblGrid>
      <w:tr w:rsidR="00947973">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Employer / Business</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Job title</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Country</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NOC/TEER if known</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Start - End dates</w:t>
            </w:r>
          </w:p>
        </w:tc>
        <w:tc>
          <w:tcPr>
            <w:tcW w:w="1776" w:type="dxa"/>
            <w:tcBorders>
              <w:top w:val="single" w:sz="6" w:space="0" w:color="D9E2F3"/>
              <w:left w:val="single" w:sz="6" w:space="0" w:color="D9E2F3"/>
              <w:bottom w:val="single" w:sz="6" w:space="0" w:color="D9E2F3"/>
              <w:right w:val="single" w:sz="6" w:space="0" w:color="D9E2F3"/>
            </w:tcBorders>
            <w:shd w:val="clear" w:color="auto" w:fill="1F4E79"/>
            <w:vAlign w:val="center"/>
          </w:tcPr>
          <w:p w:rsidR="00947973" w:rsidRDefault="007E65FD">
            <w:r>
              <w:rPr>
                <w:b/>
                <w:color w:val="FFFFFF"/>
                <w:sz w:val="17"/>
              </w:rPr>
              <w:t>Hours/week</w:t>
            </w:r>
          </w:p>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c>
          <w:tcPr>
            <w:tcW w:w="177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bl>
    <w:p w:rsidR="00947973" w:rsidRDefault="007E65FD">
      <w:pPr>
        <w:spacing w:before="40" w:after="40"/>
      </w:pPr>
      <w:r>
        <w:rPr>
          <w:b/>
        </w:rPr>
        <w:t>In the last 10 years, how many years of skilled work experience do you have in Canada?</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None</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Less than 1 year</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1 year</w:t>
            </w:r>
          </w:p>
        </w:tc>
      </w:tr>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2</w:t>
            </w:r>
            <w:r>
              <w:rPr>
                <w:sz w:val="17"/>
              </w:rPr>
              <w:t xml:space="preserve"> years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3 years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4 years or more</w:t>
            </w:r>
          </w:p>
        </w:tc>
      </w:tr>
    </w:tbl>
    <w:p w:rsidR="00947973" w:rsidRDefault="007E65FD">
      <w:pPr>
        <w:spacing w:before="40" w:after="40"/>
      </w:pPr>
      <w:r>
        <w:rPr>
          <w:b/>
        </w:rPr>
        <w:t>In the last 10 years, how many years of skilled work experience do you have outside Canada?</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None</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Less than 1 year</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1 year</w:t>
            </w:r>
          </w:p>
        </w:tc>
      </w:tr>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2 years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3 years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4 years</w:t>
            </w:r>
          </w:p>
        </w:tc>
      </w:tr>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5 years or more</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bl>
    <w:p w:rsidR="00947973" w:rsidRDefault="007E65FD">
      <w:pPr>
        <w:spacing w:before="40" w:after="40"/>
      </w:pPr>
      <w:r>
        <w:rPr>
          <w:b/>
        </w:rPr>
        <w:t>Do you have any of the following?</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Cana</w:t>
            </w:r>
            <w:r>
              <w:rPr>
                <w:sz w:val="17"/>
              </w:rPr>
              <w:t>dian job offer</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LMIA-supported job offer</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Provincial nomination</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Certificate of qualification from Canada</w:t>
            </w:r>
          </w:p>
        </w:tc>
      </w:tr>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None</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947973">
            <w:pPr>
              <w:spacing w:after="0"/>
            </w:pPr>
          </w:p>
        </w:tc>
      </w:tr>
    </w:tbl>
    <w:p w:rsidR="00947973" w:rsidRDefault="007E65FD">
      <w:pPr>
        <w:pStyle w:val="Heading2"/>
      </w:pPr>
      <w:r>
        <w:t>SECTION F - FAMILY OR CONNECTIONS IN CANADA</w:t>
      </w:r>
    </w:p>
    <w:p w:rsidR="007928FA" w:rsidRDefault="007E65FD">
      <w:pPr>
        <w:spacing w:before="40" w:after="40"/>
        <w:rPr>
          <w:b/>
        </w:rPr>
      </w:pPr>
      <w:r>
        <w:rPr>
          <w:b/>
        </w:rPr>
        <w:t>Do you have close family in Canada?</w:t>
      </w:r>
      <w:r w:rsidR="007928FA">
        <w:rPr>
          <w:b/>
        </w:rPr>
        <w:t xml:space="preserve"> </w:t>
      </w:r>
      <w:r w:rsidR="007928FA">
        <w:rPr>
          <w:sz w:val="17"/>
        </w:rPr>
        <w:t xml:space="preserve">☐ </w:t>
      </w:r>
      <w:r w:rsidR="007928FA">
        <w:rPr>
          <w:b/>
        </w:rPr>
        <w:t>Yes</w:t>
      </w:r>
      <w:r w:rsidR="007928FA">
        <w:rPr>
          <w:b/>
        </w:rPr>
        <w:tab/>
      </w:r>
      <w:r w:rsidR="007928FA">
        <w:rPr>
          <w:sz w:val="17"/>
        </w:rPr>
        <w:t xml:space="preserve">☐ </w:t>
      </w:r>
      <w:r w:rsidR="007928FA">
        <w:rPr>
          <w:b/>
        </w:rPr>
        <w:t>No</w:t>
      </w:r>
    </w:p>
    <w:p w:rsidR="009E4569" w:rsidRPr="007928FA" w:rsidRDefault="009E4569">
      <w:pPr>
        <w:spacing w:before="40" w:after="40"/>
        <w:rPr>
          <w:b/>
        </w:rPr>
      </w:pPr>
      <w:r>
        <w:rPr>
          <w:b/>
        </w:rPr>
        <w:t>If Yes:</w:t>
      </w:r>
    </w:p>
    <w:tbl>
      <w:tblPr>
        <w:tblStyle w:val="TableGrid"/>
        <w:tblW w:w="0" w:type="auto"/>
        <w:jc w:val="center"/>
        <w:tblLook w:val="04A0" w:firstRow="1" w:lastRow="0" w:firstColumn="1" w:lastColumn="0" w:noHBand="0" w:noVBand="1"/>
      </w:tblPr>
      <w:tblGrid>
        <w:gridCol w:w="3744"/>
        <w:gridCol w:w="6480"/>
      </w:tblGrid>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 xml:space="preserve">Relationship </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Status in Canada</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Citizen   ☐ Permanent resident   ☐ Worker   ☐ Student   </w:t>
            </w:r>
            <w:r w:rsidR="009E4569">
              <w:rPr>
                <w:sz w:val="17"/>
              </w:rPr>
              <w:t xml:space="preserve">☐ Refugee claimant </w:t>
            </w:r>
            <w:r>
              <w:rPr>
                <w:sz w:val="17"/>
              </w:rPr>
              <w:t>☐</w:t>
            </w:r>
            <w:r>
              <w:rPr>
                <w:sz w:val="17"/>
              </w:rPr>
              <w:t xml:space="preserve"> Other</w:t>
            </w:r>
          </w:p>
        </w:tc>
      </w:tr>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Province/city where they live</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Can they provide supporting documents?</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Yes   ☐ No   ☐ Not sure</w:t>
            </w:r>
          </w:p>
        </w:tc>
      </w:tr>
    </w:tbl>
    <w:p w:rsidR="008C7171" w:rsidRDefault="008C7171" w:rsidP="008C7171">
      <w:pPr>
        <w:jc w:val="center"/>
      </w:pPr>
    </w:p>
    <w:p w:rsidR="00947973" w:rsidRPr="009E4569" w:rsidRDefault="007E65FD" w:rsidP="009E4569">
      <w:pPr>
        <w:rPr>
          <w:b/>
          <w:bCs/>
          <w:color w:val="1F497D" w:themeColor="text2"/>
        </w:rPr>
      </w:pPr>
      <w:r w:rsidRPr="008C7171">
        <w:br w:type="page"/>
      </w:r>
      <w:r w:rsidR="009E4569" w:rsidRPr="009E4569">
        <w:rPr>
          <w:b/>
          <w:bCs/>
          <w:color w:val="1F497D" w:themeColor="text2"/>
        </w:rPr>
        <w:lastRenderedPageBreak/>
        <w:t>S</w:t>
      </w:r>
      <w:r w:rsidRPr="009E4569">
        <w:rPr>
          <w:b/>
          <w:bCs/>
          <w:color w:val="1F497D" w:themeColor="text2"/>
        </w:rPr>
        <w:t>ECTION G - FINANCES AND SETTLEMENT CAPACITY</w:t>
      </w:r>
    </w:p>
    <w:tbl>
      <w:tblPr>
        <w:tblStyle w:val="TableGrid"/>
        <w:tblW w:w="0" w:type="auto"/>
        <w:jc w:val="center"/>
        <w:tblLook w:val="04A0" w:firstRow="1" w:lastRow="0" w:firstColumn="1" w:lastColumn="0" w:noHBand="0" w:noVBand="1"/>
      </w:tblPr>
      <w:tblGrid>
        <w:gridCol w:w="3744"/>
        <w:gridCol w:w="6480"/>
      </w:tblGrid>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Available funds for travel</w:t>
            </w:r>
            <w:r>
              <w:rPr>
                <w:b/>
                <w:sz w:val="17"/>
              </w:rPr>
              <w:t>/settlement</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Currency: _______</w:t>
            </w:r>
            <w:proofErr w:type="gramStart"/>
            <w:r>
              <w:rPr>
                <w:sz w:val="17"/>
              </w:rPr>
              <w:t>_  Amount</w:t>
            </w:r>
            <w:proofErr w:type="gramEnd"/>
            <w:r>
              <w:rPr>
                <w:sz w:val="17"/>
              </w:rPr>
              <w:t>: __________________</w:t>
            </w:r>
          </w:p>
        </w:tc>
      </w:tr>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Do you have recent bank statements?</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Yes   ☐ No   ☐ Can obtain them</w:t>
            </w:r>
          </w:p>
        </w:tc>
      </w:tr>
      <w:tr w:rsidR="00947973">
        <w:trPr>
          <w:jc w:val="center"/>
        </w:trPr>
        <w:tc>
          <w:tcPr>
            <w:tcW w:w="3744"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Who will pay for the trip/application?</w:t>
            </w:r>
          </w:p>
        </w:tc>
        <w:tc>
          <w:tcPr>
            <w:tcW w:w="6480"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w:t>
            </w:r>
            <w:r>
              <w:rPr>
                <w:sz w:val="17"/>
              </w:rPr>
              <w:t xml:space="preserve"> Self   ☐ Spouse/partner   ☐ Family sponsor   ☐ Employer   ☐ Other</w:t>
            </w:r>
          </w:p>
        </w:tc>
      </w:tr>
    </w:tbl>
    <w:p w:rsidR="00947973" w:rsidRDefault="007E65FD">
      <w:pPr>
        <w:pStyle w:val="Heading2"/>
      </w:pPr>
      <w:r>
        <w:t xml:space="preserve">SECTION H - </w:t>
      </w:r>
      <w:r w:rsidR="009E4569">
        <w:t>TRAVEL</w:t>
      </w:r>
      <w:r>
        <w:t xml:space="preserve"> HISTORY AND ADMISSIBILITY</w:t>
      </w:r>
    </w:p>
    <w:p w:rsidR="00947973" w:rsidRDefault="007E65FD">
      <w:pPr>
        <w:spacing w:before="40" w:after="40"/>
      </w:pPr>
      <w:r>
        <w:rPr>
          <w:b/>
        </w:rPr>
        <w:t xml:space="preserve">Have you ever been refused a visa, permit, entry, or immigration application by </w:t>
      </w:r>
      <w:r w:rsidR="009E4569">
        <w:rPr>
          <w:b/>
        </w:rPr>
        <w:t xml:space="preserve">Canada or </w:t>
      </w:r>
      <w:r>
        <w:rPr>
          <w:b/>
        </w:rPr>
        <w:t>any</w:t>
      </w:r>
      <w:r w:rsidR="009E4569">
        <w:rPr>
          <w:b/>
        </w:rPr>
        <w:t xml:space="preserve"> other</w:t>
      </w:r>
      <w:r>
        <w:rPr>
          <w:b/>
        </w:rPr>
        <w:t xml:space="preserve"> country?</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Yes</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No</w:t>
            </w:r>
          </w:p>
        </w:tc>
      </w:tr>
    </w:tbl>
    <w:p w:rsidR="00947973" w:rsidRDefault="007E65FD">
      <w:r>
        <w:t>Details: __________________________________________________________________________________</w:t>
      </w:r>
    </w:p>
    <w:p w:rsidR="009E4569" w:rsidRDefault="009E4569" w:rsidP="009E4569">
      <w:pPr>
        <w:spacing w:before="40" w:after="40"/>
      </w:pPr>
      <w:r>
        <w:rPr>
          <w:b/>
        </w:rPr>
        <w:t>Have you ever travelled to any country in the world?</w:t>
      </w:r>
    </w:p>
    <w:tbl>
      <w:tblPr>
        <w:tblW w:w="0" w:type="auto"/>
        <w:tblLook w:val="04A0" w:firstRow="1" w:lastRow="0" w:firstColumn="1" w:lastColumn="0" w:noHBand="0" w:noVBand="1"/>
      </w:tblPr>
      <w:tblGrid>
        <w:gridCol w:w="5328"/>
        <w:gridCol w:w="5328"/>
      </w:tblGrid>
      <w:tr w:rsidR="009E4569" w:rsidTr="002A21E7">
        <w:tc>
          <w:tcPr>
            <w:tcW w:w="5328" w:type="dxa"/>
            <w:tcBorders>
              <w:top w:val="single" w:sz="6" w:space="0" w:color="FFFFFF"/>
              <w:left w:val="single" w:sz="6" w:space="0" w:color="FFFFFF"/>
              <w:bottom w:val="single" w:sz="6" w:space="0" w:color="FFFFFF"/>
              <w:right w:val="single" w:sz="6" w:space="0" w:color="FFFFFF"/>
            </w:tcBorders>
            <w:vAlign w:val="center"/>
          </w:tcPr>
          <w:p w:rsidR="009E4569" w:rsidRDefault="009E4569" w:rsidP="002A21E7">
            <w:pPr>
              <w:spacing w:after="0"/>
            </w:pPr>
            <w:r>
              <w:rPr>
                <w:sz w:val="17"/>
              </w:rPr>
              <w:t>☐ Yes</w:t>
            </w:r>
          </w:p>
        </w:tc>
        <w:tc>
          <w:tcPr>
            <w:tcW w:w="5328" w:type="dxa"/>
            <w:tcBorders>
              <w:top w:val="single" w:sz="6" w:space="0" w:color="FFFFFF"/>
              <w:left w:val="single" w:sz="6" w:space="0" w:color="FFFFFF"/>
              <w:bottom w:val="single" w:sz="6" w:space="0" w:color="FFFFFF"/>
              <w:right w:val="single" w:sz="6" w:space="0" w:color="FFFFFF"/>
            </w:tcBorders>
            <w:vAlign w:val="center"/>
          </w:tcPr>
          <w:p w:rsidR="009E4569" w:rsidRDefault="009E4569" w:rsidP="002A21E7">
            <w:pPr>
              <w:spacing w:after="0"/>
            </w:pPr>
            <w:r>
              <w:rPr>
                <w:sz w:val="17"/>
              </w:rPr>
              <w:t>☐ No</w:t>
            </w:r>
          </w:p>
        </w:tc>
      </w:tr>
    </w:tbl>
    <w:p w:rsidR="009E4569" w:rsidRPr="009E4569" w:rsidRDefault="006E2498" w:rsidP="009E4569">
      <w:r>
        <w:t>If yes, list the countries</w:t>
      </w:r>
      <w:r w:rsidR="009E4569">
        <w:t>: __________________________________________________________________________________</w:t>
      </w:r>
    </w:p>
    <w:p w:rsidR="00947973" w:rsidRDefault="007E65FD">
      <w:pPr>
        <w:spacing w:before="40" w:after="40"/>
      </w:pPr>
      <w:r>
        <w:rPr>
          <w:b/>
        </w:rPr>
        <w:t>Have you ever overstayed a visa, been removed, or been asked to leave any country?</w:t>
      </w:r>
    </w:p>
    <w:tbl>
      <w:tblPr>
        <w:tblW w:w="0" w:type="auto"/>
        <w:tblLook w:val="04A0" w:firstRow="1" w:lastRow="0" w:firstColumn="1" w:lastColumn="0" w:noHBand="0" w:noVBand="1"/>
      </w:tblPr>
      <w:tblGrid>
        <w:gridCol w:w="5328"/>
        <w:gridCol w:w="5328"/>
      </w:tblGrid>
      <w:tr w:rsidR="00947973">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Yes</w:t>
            </w:r>
          </w:p>
        </w:tc>
        <w:tc>
          <w:tcPr>
            <w:tcW w:w="5328"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No</w:t>
            </w:r>
          </w:p>
        </w:tc>
      </w:tr>
    </w:tbl>
    <w:p w:rsidR="00947973" w:rsidRDefault="007E65FD">
      <w:r>
        <w:t>Details: __________________________________________________________________________________</w:t>
      </w:r>
    </w:p>
    <w:p w:rsidR="00947973" w:rsidRDefault="007E65FD">
      <w:pPr>
        <w:spacing w:before="40" w:after="40"/>
      </w:pPr>
      <w:r>
        <w:rPr>
          <w:b/>
        </w:rPr>
        <w:t>Do you or any family member have a medical condition that may require ongoing care?</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Yes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No</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Prefer to discuss privately</w:t>
            </w:r>
          </w:p>
        </w:tc>
      </w:tr>
    </w:tbl>
    <w:p w:rsidR="00947973" w:rsidRDefault="007E65FD">
      <w:r>
        <w:t xml:space="preserve">Details: </w:t>
      </w:r>
      <w:r>
        <w:t>__________________________________________________________________________________</w:t>
      </w:r>
    </w:p>
    <w:p w:rsidR="00947973" w:rsidRDefault="007E65FD">
      <w:pPr>
        <w:spacing w:before="40" w:after="40"/>
      </w:pPr>
      <w:r>
        <w:rPr>
          <w:b/>
        </w:rPr>
        <w:t>Have you ever had a criminal charge, conviction, or police record?</w:t>
      </w:r>
    </w:p>
    <w:tbl>
      <w:tblPr>
        <w:tblW w:w="0" w:type="auto"/>
        <w:tblLook w:val="04A0" w:firstRow="1" w:lastRow="0" w:firstColumn="1" w:lastColumn="0" w:noHBand="0" w:noVBand="1"/>
      </w:tblPr>
      <w:tblGrid>
        <w:gridCol w:w="3552"/>
        <w:gridCol w:w="3552"/>
        <w:gridCol w:w="3552"/>
      </w:tblGrid>
      <w:tr w:rsidR="00947973">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Yes</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No</w:t>
            </w:r>
          </w:p>
        </w:tc>
        <w:tc>
          <w:tcPr>
            <w:tcW w:w="3552" w:type="dxa"/>
            <w:tcBorders>
              <w:top w:val="single" w:sz="6" w:space="0" w:color="FFFFFF"/>
              <w:left w:val="single" w:sz="6" w:space="0" w:color="FFFFFF"/>
              <w:bottom w:val="single" w:sz="6" w:space="0" w:color="FFFFFF"/>
              <w:right w:val="single" w:sz="6" w:space="0" w:color="FFFFFF"/>
            </w:tcBorders>
            <w:vAlign w:val="center"/>
          </w:tcPr>
          <w:p w:rsidR="00947973" w:rsidRDefault="007E65FD">
            <w:pPr>
              <w:spacing w:after="0"/>
            </w:pPr>
            <w:r>
              <w:rPr>
                <w:sz w:val="17"/>
              </w:rPr>
              <w:t>☐</w:t>
            </w:r>
            <w:r>
              <w:rPr>
                <w:sz w:val="17"/>
              </w:rPr>
              <w:t xml:space="preserve"> Prefer to discuss privately</w:t>
            </w:r>
          </w:p>
        </w:tc>
      </w:tr>
    </w:tbl>
    <w:p w:rsidR="00947973" w:rsidRDefault="007E65FD">
      <w:r>
        <w:t>Details: _______________________________________________________</w:t>
      </w:r>
      <w:r>
        <w:t>___________________________</w:t>
      </w:r>
    </w:p>
    <w:p w:rsidR="00947973" w:rsidRDefault="00947973"/>
    <w:p w:rsidR="00947973" w:rsidRDefault="007E65FD">
      <w:pPr>
        <w:pStyle w:val="Heading2"/>
      </w:pPr>
      <w:r>
        <w:t xml:space="preserve">SECTION </w:t>
      </w:r>
      <w:r w:rsidR="006E2498">
        <w:t>I</w:t>
      </w:r>
      <w:r>
        <w:t xml:space="preserve"> - CLIENT GOALS AND NOTES</w:t>
      </w:r>
    </w:p>
    <w:p w:rsidR="00947973" w:rsidRDefault="00947973"/>
    <w:p w:rsidR="00947973" w:rsidRDefault="007E65FD">
      <w:r>
        <w:rPr>
          <w:b/>
        </w:rPr>
        <w:t>Important concerns or questions:</w:t>
      </w:r>
    </w:p>
    <w:p w:rsidR="00947973" w:rsidRDefault="007E65FD">
      <w:r>
        <w:t>____________________________________________________________________________________________</w:t>
      </w:r>
    </w:p>
    <w:p w:rsidR="00947973" w:rsidRDefault="007E65FD">
      <w:r>
        <w:t>_________________________________________________________________</w:t>
      </w:r>
      <w:r>
        <w:t>___________________________</w:t>
      </w:r>
    </w:p>
    <w:p w:rsidR="00947973" w:rsidRDefault="007E65FD">
      <w:r>
        <w:t>____________________________________________________________________________________________</w:t>
      </w:r>
    </w:p>
    <w:p w:rsidR="006E2498" w:rsidRDefault="006E2498"/>
    <w:p w:rsidR="00947973" w:rsidRDefault="006E2498">
      <w:r>
        <w:rPr>
          <w:b/>
        </w:rPr>
        <w:t xml:space="preserve">Is there any other thing you would like us to know </w:t>
      </w:r>
      <w:bookmarkStart w:id="0" w:name="_GoBack"/>
      <w:bookmarkEnd w:id="0"/>
      <w:r>
        <w:rPr>
          <w:b/>
        </w:rPr>
        <w:t>about you or your travel plans?</w:t>
      </w:r>
    </w:p>
    <w:p w:rsidR="00947973" w:rsidRDefault="007E65FD">
      <w:r>
        <w:t>____________________________________________________________________________________________</w:t>
      </w:r>
    </w:p>
    <w:p w:rsidR="00947973" w:rsidRDefault="007E65FD">
      <w:r>
        <w:t>____________________________________________________________________________________________</w:t>
      </w:r>
    </w:p>
    <w:p w:rsidR="00947973" w:rsidRDefault="007E65FD">
      <w:r>
        <w:t>______________________________________________________________________</w:t>
      </w:r>
      <w:r>
        <w:t>______________________</w:t>
      </w:r>
    </w:p>
    <w:p w:rsidR="00947973" w:rsidRDefault="007E65FD">
      <w:r>
        <w:br w:type="page"/>
      </w:r>
    </w:p>
    <w:p w:rsidR="00947973" w:rsidRDefault="007E65FD">
      <w:pPr>
        <w:pStyle w:val="Heading2"/>
      </w:pPr>
      <w:r>
        <w:lastRenderedPageBreak/>
        <w:t xml:space="preserve">SECTION </w:t>
      </w:r>
      <w:r w:rsidR="00CB1FD1">
        <w:t>J</w:t>
      </w:r>
      <w:r>
        <w:t xml:space="preserve"> - CLIENT DECLARATION</w:t>
      </w:r>
    </w:p>
    <w:p w:rsidR="00947973" w:rsidRPr="005E166B" w:rsidRDefault="007E65FD">
      <w:pPr>
        <w:rPr>
          <w:sz w:val="18"/>
          <w:highlight w:val="yellow"/>
        </w:rPr>
      </w:pPr>
      <w:r>
        <w:t>I confirm that the information provided in this form is true and complete to the best of my knowledge. I understand that this form is for preliminary intake and assessment only. It does not create a c</w:t>
      </w:r>
      <w:r>
        <w:t>lient relationship by itself and does not guarantee that Integrity Travel &amp; Consulting will accept my matter, prepare an application, or obtain any visa, permit, admission, employment, invitation or immigration outcome.</w:t>
      </w:r>
    </w:p>
    <w:p w:rsidR="006E2498" w:rsidRDefault="006E2498">
      <w:r>
        <w:t>Integrity Travel &amp; Consulting may request additional information, define the appropriate service scope, refer regulated matters to an authorized representative, or decline to proceed where information is incomplete, inconsistent, outside our scope, or raises legal or professional concerns.</w:t>
      </w:r>
    </w:p>
    <w:tbl>
      <w:tblPr>
        <w:tblStyle w:val="TableGrid"/>
        <w:tblW w:w="0" w:type="auto"/>
        <w:jc w:val="center"/>
        <w:tblLook w:val="04A0" w:firstRow="1" w:lastRow="0" w:firstColumn="1" w:lastColumn="0" w:noHBand="0" w:noVBand="1"/>
      </w:tblPr>
      <w:tblGrid>
        <w:gridCol w:w="3168"/>
        <w:gridCol w:w="7056"/>
      </w:tblGrid>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C</w:t>
            </w:r>
            <w:r>
              <w:rPr>
                <w:b/>
                <w:sz w:val="17"/>
              </w:rPr>
              <w:t>lient signature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947973"/>
        </w:tc>
      </w:tr>
      <w:tr w:rsidR="00947973">
        <w:trPr>
          <w:jc w:val="center"/>
        </w:trPr>
        <w:tc>
          <w:tcPr>
            <w:tcW w:w="3168" w:type="dxa"/>
            <w:tcBorders>
              <w:top w:val="single" w:sz="6" w:space="0" w:color="D9E2F3"/>
              <w:left w:val="single" w:sz="6" w:space="0" w:color="D9E2F3"/>
              <w:bottom w:val="single" w:sz="6" w:space="0" w:color="D9E2F3"/>
              <w:right w:val="single" w:sz="6" w:space="0" w:color="D9E2F3"/>
            </w:tcBorders>
            <w:shd w:val="clear" w:color="auto" w:fill="EAF2F8"/>
            <w:vAlign w:val="center"/>
          </w:tcPr>
          <w:p w:rsidR="00947973" w:rsidRDefault="007E65FD">
            <w:r>
              <w:rPr>
                <w:b/>
                <w:sz w:val="17"/>
              </w:rPr>
              <w:t>Date</w:t>
            </w:r>
          </w:p>
        </w:tc>
        <w:tc>
          <w:tcPr>
            <w:tcW w:w="7056" w:type="dxa"/>
            <w:tcBorders>
              <w:top w:val="single" w:sz="6" w:space="0" w:color="D9E2F3"/>
              <w:left w:val="single" w:sz="6" w:space="0" w:color="D9E2F3"/>
              <w:bottom w:val="single" w:sz="6" w:space="0" w:color="D9E2F3"/>
              <w:right w:val="single" w:sz="6" w:space="0" w:color="D9E2F3"/>
            </w:tcBorders>
            <w:vAlign w:val="center"/>
          </w:tcPr>
          <w:p w:rsidR="00947973" w:rsidRDefault="007E65FD">
            <w:r>
              <w:rPr>
                <w:sz w:val="17"/>
              </w:rPr>
              <w:t>____ / ____ / ______</w:t>
            </w:r>
          </w:p>
        </w:tc>
      </w:tr>
    </w:tbl>
    <w:p w:rsidR="00B124B0" w:rsidRDefault="00B124B0"/>
    <w:sectPr w:rsidR="00B124B0" w:rsidSect="00034616">
      <w:footerReference w:type="default" r:id="rId8"/>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65FD" w:rsidRDefault="007E65FD">
      <w:pPr>
        <w:spacing w:after="0" w:line="240" w:lineRule="auto"/>
      </w:pPr>
      <w:r>
        <w:separator/>
      </w:r>
    </w:p>
  </w:endnote>
  <w:endnote w:type="continuationSeparator" w:id="0">
    <w:p w:rsidR="007E65FD" w:rsidRDefault="007E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973" w:rsidRPr="008C7171" w:rsidRDefault="007E65FD">
    <w:pPr>
      <w:pStyle w:val="Footer"/>
      <w:jc w:val="center"/>
    </w:pPr>
    <w:r w:rsidRPr="008C7171">
      <w:rPr>
        <w:color w:val="595959"/>
        <w:sz w:val="14"/>
      </w:rPr>
      <w:t>Email: info@integritytravl.com | WhatsApp: +</w:t>
    </w:r>
    <w:r w:rsidR="008C7171">
      <w:rPr>
        <w:color w:val="595959"/>
        <w:sz w:val="14"/>
      </w:rPr>
      <w:t>1 825 925 5069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65FD" w:rsidRDefault="007E65FD">
      <w:pPr>
        <w:spacing w:after="0" w:line="240" w:lineRule="auto"/>
      </w:pPr>
      <w:r>
        <w:separator/>
      </w:r>
    </w:p>
  </w:footnote>
  <w:footnote w:type="continuationSeparator" w:id="0">
    <w:p w:rsidR="007E65FD" w:rsidRDefault="007E65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00C8"/>
    <w:rsid w:val="002172DC"/>
    <w:rsid w:val="0029639D"/>
    <w:rsid w:val="00326F90"/>
    <w:rsid w:val="005E166B"/>
    <w:rsid w:val="006E2498"/>
    <w:rsid w:val="007715E3"/>
    <w:rsid w:val="007928FA"/>
    <w:rsid w:val="007A4316"/>
    <w:rsid w:val="007E65FD"/>
    <w:rsid w:val="008C7171"/>
    <w:rsid w:val="00947973"/>
    <w:rsid w:val="009D4FBC"/>
    <w:rsid w:val="009E4569"/>
    <w:rsid w:val="00A560F9"/>
    <w:rsid w:val="00AA1D8D"/>
    <w:rsid w:val="00B124B0"/>
    <w:rsid w:val="00B47730"/>
    <w:rsid w:val="00CB0664"/>
    <w:rsid w:val="00CB1FD1"/>
    <w:rsid w:val="00D12CB4"/>
    <w:rsid w:val="00DD521F"/>
    <w:rsid w:val="00E070FB"/>
    <w:rsid w:val="00F552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A9DE05"/>
  <w14:defaultImageDpi w14:val="300"/>
  <w15:docId w15:val="{E1147C65-864C-437D-A390-D45D23B9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eastAsia="Calibri" w:hAnsi="Calibri"/>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404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8548D-82DA-46DC-B949-93DE88FF0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Keelz Tee</cp:lastModifiedBy>
  <cp:revision>9</cp:revision>
  <dcterms:created xsi:type="dcterms:W3CDTF">2013-12-23T23:15:00Z</dcterms:created>
  <dcterms:modified xsi:type="dcterms:W3CDTF">2026-08-16T18:53:00Z</dcterms:modified>
  <cp:category/>
</cp:coreProperties>
</file>